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6A4D3" w14:textId="5573143C" w:rsidR="00C90BE6" w:rsidRPr="0011359A" w:rsidRDefault="00874DDC">
      <w:pPr>
        <w:pStyle w:val="af"/>
        <w:spacing w:after="0" w:line="240" w:lineRule="auto"/>
        <w:jc w:val="center"/>
        <w:rPr>
          <w:noProof/>
          <w:lang w:val="uz-Cyrl-UZ"/>
        </w:rPr>
      </w:pPr>
      <w:r w:rsidRPr="0011359A">
        <w:rPr>
          <w:b/>
          <w:noProof/>
          <w:sz w:val="32"/>
          <w:lang w:val="uz-Cyrl-UZ"/>
        </w:rPr>
        <w:t>2026–2027-</w:t>
      </w:r>
      <w:r w:rsidR="007E775E" w:rsidRPr="0011359A">
        <w:rPr>
          <w:b/>
          <w:noProof/>
          <w:sz w:val="32"/>
          <w:lang w:val="uz-Cyrl-UZ"/>
        </w:rPr>
        <w:t>oʻ</w:t>
      </w:r>
      <w:r w:rsidRPr="0011359A">
        <w:rPr>
          <w:b/>
          <w:noProof/>
          <w:sz w:val="32"/>
          <w:lang w:val="uz-Cyrl-UZ"/>
        </w:rPr>
        <w:t xml:space="preserve">quv yili uchun </w:t>
      </w:r>
      <w:r w:rsidRPr="0011359A">
        <w:rPr>
          <w:b/>
          <w:noProof/>
          <w:color w:val="00AFEF"/>
          <w:sz w:val="32"/>
          <w:lang w:val="uz-Cyrl-UZ"/>
        </w:rPr>
        <w:t>Tarbiya</w:t>
      </w:r>
      <w:r w:rsidRPr="0011359A">
        <w:rPr>
          <w:b/>
          <w:noProof/>
          <w:sz w:val="32"/>
          <w:lang w:val="uz-Cyrl-UZ"/>
        </w:rPr>
        <w:t xml:space="preserve"> fanidan </w:t>
      </w:r>
      <w:r w:rsidR="00BA2AD3" w:rsidRPr="0011359A">
        <w:rPr>
          <w:b/>
          <w:noProof/>
          <w:sz w:val="32"/>
          <w:lang w:val="uz-Cyrl-UZ"/>
        </w:rPr>
        <w:br/>
      </w:r>
      <w:r w:rsidRPr="0011359A">
        <w:rPr>
          <w:b/>
          <w:noProof/>
          <w:sz w:val="32"/>
          <w:lang w:val="uz-Cyrl-UZ"/>
        </w:rPr>
        <w:t>taqvim-mavzu rejasi</w:t>
      </w:r>
    </w:p>
    <w:p w14:paraId="4D4DF38A" w14:textId="77777777" w:rsidR="00C90BE6" w:rsidRPr="0011359A" w:rsidRDefault="00874DDC">
      <w:pPr>
        <w:pStyle w:val="af"/>
        <w:spacing w:after="0" w:line="240" w:lineRule="auto"/>
        <w:jc w:val="center"/>
        <w:rPr>
          <w:noProof/>
          <w:lang w:val="uz-Cyrl-UZ"/>
        </w:rPr>
      </w:pPr>
      <w:r w:rsidRPr="0011359A">
        <w:rPr>
          <w:b/>
          <w:noProof/>
          <w:sz w:val="32"/>
          <w:lang w:val="uz-Cyrl-UZ"/>
        </w:rPr>
        <w:t>4-sinf</w:t>
      </w:r>
    </w:p>
    <w:p w14:paraId="4284DA83" w14:textId="77777777" w:rsidR="00C90BE6" w:rsidRPr="0011359A" w:rsidRDefault="00874DDC">
      <w:pPr>
        <w:pStyle w:val="af"/>
        <w:spacing w:after="160" w:line="240" w:lineRule="auto"/>
        <w:jc w:val="center"/>
        <w:rPr>
          <w:noProof/>
          <w:lang w:val="uz-Cyrl-UZ"/>
        </w:rPr>
      </w:pPr>
      <w:r w:rsidRPr="0011359A">
        <w:rPr>
          <w:b/>
          <w:noProof/>
          <w:color w:val="006FC0"/>
          <w:sz w:val="32"/>
          <w:lang w:val="uz-Cyrl-UZ"/>
        </w:rPr>
        <w:t>Yillik (34 soat)</w:t>
      </w:r>
    </w:p>
    <w:tbl>
      <w:tblPr>
        <w:tblW w:w="10620" w:type="dxa"/>
        <w:jc w:val="center"/>
        <w:tblLayout w:type="fixed"/>
        <w:tblLook w:val="04A0" w:firstRow="1" w:lastRow="0" w:firstColumn="1" w:lastColumn="0" w:noHBand="0" w:noVBand="1"/>
      </w:tblPr>
      <w:tblGrid>
        <w:gridCol w:w="518"/>
        <w:gridCol w:w="4186"/>
        <w:gridCol w:w="899"/>
        <w:gridCol w:w="1338"/>
        <w:gridCol w:w="2034"/>
        <w:gridCol w:w="1645"/>
      </w:tblGrid>
      <w:tr w:rsidR="00C90BE6" w:rsidRPr="0011359A" w14:paraId="5642DC5C" w14:textId="77777777">
        <w:trPr>
          <w:cantSplit/>
          <w:trHeight w:val="624"/>
          <w:tblHeader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BFA436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№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0B968A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Dars mavzusi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9B0DC4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Soat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6BE5AF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Sana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571701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Uy vazifasi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1A768E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Izoh</w:t>
            </w:r>
          </w:p>
        </w:tc>
      </w:tr>
      <w:tr w:rsidR="00C90BE6" w:rsidRPr="0011359A" w14:paraId="7B600E39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0C86CB" w14:textId="77777777" w:rsidR="00C90BE6" w:rsidRPr="0011359A" w:rsidRDefault="00C90BE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9BFDA1" w14:textId="2AAC9BE9" w:rsidR="00C90BE6" w:rsidRPr="0011359A" w:rsidRDefault="00874DDC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 xml:space="preserve">Mening Vatanim – </w:t>
            </w:r>
            <w:r w:rsidR="007E775E" w:rsidRPr="0011359A">
              <w:rPr>
                <w:b/>
                <w:noProof/>
                <w:color w:val="000000"/>
                <w:lang w:val="uz-Cyrl-UZ"/>
              </w:rPr>
              <w:t>Oʻ</w:t>
            </w:r>
            <w:r w:rsidRPr="0011359A">
              <w:rPr>
                <w:b/>
                <w:noProof/>
                <w:color w:val="000000"/>
                <w:lang w:val="uz-Cyrl-UZ"/>
              </w:rPr>
              <w:t>zbekiston!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5DC1D5" w14:textId="77777777" w:rsidR="00C90BE6" w:rsidRPr="0011359A" w:rsidRDefault="00C90BE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E1F8FF" w14:textId="77777777" w:rsidR="00C90BE6" w:rsidRPr="0011359A" w:rsidRDefault="00C90BE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1A28C6" w14:textId="77777777" w:rsidR="00C90BE6" w:rsidRPr="0011359A" w:rsidRDefault="00C90BE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9B217A" w14:textId="77777777" w:rsidR="00C90BE6" w:rsidRPr="0011359A" w:rsidRDefault="00C90BE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C90BE6" w:rsidRPr="0011359A" w14:paraId="0419BA27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0E96CC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BBCDC6" w14:textId="27D9A9F8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 xml:space="preserve">Biz </w:t>
            </w:r>
            <w:r w:rsidR="007E775E" w:rsidRPr="0011359A">
              <w:rPr>
                <w:noProof/>
                <w:color w:val="000000"/>
                <w:lang w:val="uz-Cyrl-UZ"/>
              </w:rPr>
              <w:t>Oʻ</w:t>
            </w:r>
            <w:r w:rsidRPr="0011359A">
              <w:rPr>
                <w:noProof/>
                <w:color w:val="000000"/>
                <w:lang w:val="uz-Cyrl-UZ"/>
              </w:rPr>
              <w:t>zbekiston fuqarolarimiz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D21194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F91CC6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D1D91B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4–5-betlar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82C059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6C0B4F53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0716E6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2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066041" w14:textId="7ABD92E6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 xml:space="preserve">Biz </w:t>
            </w:r>
            <w:r w:rsidR="007E775E" w:rsidRPr="0011359A">
              <w:rPr>
                <w:noProof/>
                <w:color w:val="000000"/>
                <w:lang w:val="uz-Cyrl-UZ"/>
              </w:rPr>
              <w:t>Oʻ</w:t>
            </w:r>
            <w:r w:rsidRPr="0011359A">
              <w:rPr>
                <w:noProof/>
                <w:color w:val="000000"/>
                <w:lang w:val="uz-Cyrl-UZ"/>
              </w:rPr>
              <w:t>zbekiston fuqarolarimiz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A76A43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A48592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A52E32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6-bet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EA0D41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652CB3FB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EF25C2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3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8827AA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Fuqarolik fazilatlari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669AB2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4974C2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110501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7–8-betlar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F9B89F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607047B0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0186B6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4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99EED9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Fuqarolik fazilatlari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6CE90D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35790F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71E60E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9–10-betlar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936400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63E95383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7B1629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5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0DF9F6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Fuqarolik fazilatlari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3B2EC1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7D7A87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D273C5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11–12-betlar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B02788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027282F3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35B0E5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6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CFEEAC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1-nazorat ishi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042024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51CF08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804A77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takrorlash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B561B8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310FFE2B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16531B" w14:textId="77777777" w:rsidR="00C90BE6" w:rsidRPr="0011359A" w:rsidRDefault="00C90BE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7F20CE" w14:textId="77777777" w:rsidR="00C90BE6" w:rsidRPr="0011359A" w:rsidRDefault="00874DDC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Ekologiya va salomatlik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1A6244" w14:textId="77777777" w:rsidR="00C90BE6" w:rsidRPr="0011359A" w:rsidRDefault="00C90BE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38A5F7" w14:textId="77777777" w:rsidR="00C90BE6" w:rsidRPr="0011359A" w:rsidRDefault="00C90BE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43D7B7" w14:textId="77777777" w:rsidR="00C90BE6" w:rsidRPr="0011359A" w:rsidRDefault="00C90BE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B738F0" w14:textId="77777777" w:rsidR="00C90BE6" w:rsidRPr="0011359A" w:rsidRDefault="00C90BE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C90BE6" w:rsidRPr="0011359A" w14:paraId="486653F7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968D30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7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B354EA" w14:textId="4888A31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Biz y</w:t>
            </w:r>
            <w:r w:rsidR="007E775E" w:rsidRPr="0011359A">
              <w:rPr>
                <w:noProof/>
                <w:color w:val="000000"/>
                <w:lang w:val="uz-Cyrl-UZ"/>
              </w:rPr>
              <w:t>oʻ</w:t>
            </w:r>
            <w:r w:rsidRPr="0011359A">
              <w:rPr>
                <w:noProof/>
                <w:color w:val="000000"/>
                <w:lang w:val="uz-Cyrl-UZ"/>
              </w:rPr>
              <w:t>l harakati qatnashchilarimiz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CD4CC1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066759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B79601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13–14-betlar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026194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158D1C82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B00579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8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CEA529" w14:textId="2B41A203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Agar temiry</w:t>
            </w:r>
            <w:r w:rsidR="007E775E" w:rsidRPr="0011359A">
              <w:rPr>
                <w:noProof/>
                <w:color w:val="000000"/>
                <w:lang w:val="uz-Cyrl-UZ"/>
              </w:rPr>
              <w:t>oʻ</w:t>
            </w:r>
            <w:r w:rsidRPr="0011359A">
              <w:rPr>
                <w:noProof/>
                <w:color w:val="000000"/>
                <w:lang w:val="uz-Cyrl-UZ"/>
              </w:rPr>
              <w:t>l yaqin b</w:t>
            </w:r>
            <w:r w:rsidR="007E775E" w:rsidRPr="0011359A">
              <w:rPr>
                <w:noProof/>
                <w:color w:val="000000"/>
                <w:lang w:val="uz-Cyrl-UZ"/>
              </w:rPr>
              <w:t>oʻ</w:t>
            </w:r>
            <w:r w:rsidRPr="0011359A">
              <w:rPr>
                <w:noProof/>
                <w:color w:val="000000"/>
                <w:lang w:val="uz-Cyrl-UZ"/>
              </w:rPr>
              <w:t>lsa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A2E432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1924E3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A8E051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15-bet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B28B0D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6E649C82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8B7633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9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426D9A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Havoning ifloslanishi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737614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859B89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AC8812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16–17-betlar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ED0850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132EC073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D510F4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10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F81F82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Suv resurslari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DD80E9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A75DCF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C6AF15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18–19-betlar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378D25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2F876640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99C6DC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11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6E998C" w14:textId="2E478E7A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Ch</w:t>
            </w:r>
            <w:r w:rsidR="007E775E" w:rsidRPr="0011359A">
              <w:rPr>
                <w:noProof/>
                <w:color w:val="000000"/>
                <w:lang w:val="uz-Cyrl-UZ"/>
              </w:rPr>
              <w:t>oʻ</w:t>
            </w:r>
            <w:r w:rsidRPr="0011359A">
              <w:rPr>
                <w:noProof/>
                <w:color w:val="000000"/>
                <w:lang w:val="uz-Cyrl-UZ"/>
              </w:rPr>
              <w:t>l yaqinlashmoqda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056F77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921FBF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D88B00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20–21-betlar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5943B6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6FDF7742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6A6383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12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78969F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Chiqindini qayta ishlash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371952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D3242B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1F8D78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22–25-betlar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82F435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268CBD79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EF0F4B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13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2A94DF" w14:textId="2BB2E546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So</w:t>
            </w:r>
            <w:r w:rsidR="007E775E" w:rsidRPr="0011359A">
              <w:rPr>
                <w:noProof/>
                <w:color w:val="000000"/>
                <w:lang w:val="uz-Cyrl-UZ"/>
              </w:rPr>
              <w:t>gʻ</w:t>
            </w:r>
            <w:r w:rsidRPr="0011359A">
              <w:rPr>
                <w:noProof/>
                <w:color w:val="000000"/>
                <w:lang w:val="uz-Cyrl-UZ"/>
              </w:rPr>
              <w:t>lom turmush tarzi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9E2D1E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35A659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3B84FD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26–28-betlar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69C3E3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0356E65C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4D94EA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14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569333" w14:textId="23B856A2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So</w:t>
            </w:r>
            <w:r w:rsidR="007E775E" w:rsidRPr="0011359A">
              <w:rPr>
                <w:noProof/>
                <w:color w:val="000000"/>
                <w:lang w:val="uz-Cyrl-UZ"/>
              </w:rPr>
              <w:t>gʻ</w:t>
            </w:r>
            <w:r w:rsidRPr="0011359A">
              <w:rPr>
                <w:noProof/>
                <w:color w:val="000000"/>
                <w:lang w:val="uz-Cyrl-UZ"/>
              </w:rPr>
              <w:t>lom turmush tarzi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59DC3B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6276FC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7B7A30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29–33-betlar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0B58B5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1D709469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CFF94A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lastRenderedPageBreak/>
              <w:t>15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9B699E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Xavfli vaziyatlarda qanday harakat qilish kerak?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2FB528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458272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AA0AC2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34–35-betlar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6B88EC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1E502A40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FA4F59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16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C2BC95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2-nazorat ishi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C98342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BD77BC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A72B54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takrorlash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363306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42B3933C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718E27" w14:textId="77777777" w:rsidR="00C90BE6" w:rsidRPr="0011359A" w:rsidRDefault="00C90BE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672ACA" w14:textId="4487018A" w:rsidR="00C90BE6" w:rsidRPr="0011359A" w:rsidRDefault="00874DDC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Ul</w:t>
            </w:r>
            <w:r w:rsidR="007E775E" w:rsidRPr="0011359A">
              <w:rPr>
                <w:b/>
                <w:noProof/>
                <w:color w:val="000000"/>
                <w:lang w:val="uz-Cyrl-UZ"/>
              </w:rPr>
              <w:t>gʻ</w:t>
            </w:r>
            <w:r w:rsidRPr="0011359A">
              <w:rPr>
                <w:b/>
                <w:noProof/>
                <w:color w:val="000000"/>
                <w:lang w:val="uz-Cyrl-UZ"/>
              </w:rPr>
              <w:t>ayaman va rivojlanaman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E138D5" w14:textId="77777777" w:rsidR="00C90BE6" w:rsidRPr="0011359A" w:rsidRDefault="00C90BE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4E3F17" w14:textId="77777777" w:rsidR="00C90BE6" w:rsidRPr="0011359A" w:rsidRDefault="00C90BE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D704A2" w14:textId="77777777" w:rsidR="00C90BE6" w:rsidRPr="0011359A" w:rsidRDefault="00C90BE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D9AC4C" w14:textId="77777777" w:rsidR="00C90BE6" w:rsidRPr="0011359A" w:rsidRDefault="00C90BE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C90BE6" w:rsidRPr="0011359A" w14:paraId="6ACF396C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244467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17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611AEE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Qobiliyatlarni rivojlantiramiz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52EB83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21CC44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A63814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36–38-betlar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C215E9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6A4C14F9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DAE3C4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18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60A69A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Qobiliyatlarni rivojlantiramiz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E437F6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43C649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1ACA45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39–40-betlar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CE742F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4C015D70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CD95DD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19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FAE700" w14:textId="1A5E0BCD" w:rsidR="00C90BE6" w:rsidRPr="0011359A" w:rsidRDefault="007E775E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Oʻ</w:t>
            </w:r>
            <w:r w:rsidR="00874DDC" w:rsidRPr="0011359A">
              <w:rPr>
                <w:noProof/>
                <w:color w:val="000000"/>
                <w:lang w:val="uz-Cyrl-UZ"/>
              </w:rPr>
              <w:t xml:space="preserve">rganishni </w:t>
            </w:r>
            <w:r w:rsidRPr="0011359A">
              <w:rPr>
                <w:noProof/>
                <w:color w:val="000000"/>
                <w:lang w:val="uz-Cyrl-UZ"/>
              </w:rPr>
              <w:t>oʻ</w:t>
            </w:r>
            <w:r w:rsidR="00874DDC" w:rsidRPr="0011359A">
              <w:rPr>
                <w:noProof/>
                <w:color w:val="000000"/>
                <w:lang w:val="uz-Cyrl-UZ"/>
              </w:rPr>
              <w:t>rganamiz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7CA8D1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652E26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A82D14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41–44-betlar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D61C1D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5DA68B48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6A6C33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20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C5CA8C" w14:textId="4633AF49" w:rsidR="00C90BE6" w:rsidRPr="0011359A" w:rsidRDefault="007E775E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Oʻ</w:t>
            </w:r>
            <w:r w:rsidR="00874DDC" w:rsidRPr="0011359A">
              <w:rPr>
                <w:noProof/>
                <w:color w:val="000000"/>
                <w:lang w:val="uz-Cyrl-UZ"/>
              </w:rPr>
              <w:t xml:space="preserve">rganishni </w:t>
            </w:r>
            <w:r w:rsidRPr="0011359A">
              <w:rPr>
                <w:noProof/>
                <w:color w:val="000000"/>
                <w:lang w:val="uz-Cyrl-UZ"/>
              </w:rPr>
              <w:t>oʻ</w:t>
            </w:r>
            <w:r w:rsidR="00874DDC" w:rsidRPr="0011359A">
              <w:rPr>
                <w:noProof/>
                <w:color w:val="000000"/>
                <w:lang w:val="uz-Cyrl-UZ"/>
              </w:rPr>
              <w:t>rganamiz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F85DF5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397F02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CA4512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45–47-betlar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C8991B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574FD5D7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3A2744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21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013AF0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Bizning xatti-harakatlarimiz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3EDDDB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D1FE24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0F6DFE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48–49-betlar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FB649E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6F3C5A05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CB8E25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22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18F0A5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Bizning xatti-harakatlarimiz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D49D32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9F43EE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FDE736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50–52-betlar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9BF614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7B3F266E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565C49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23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1F6112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Bizning xatti-harakatlarimiz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DBAF74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E6CCA9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46345E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53–57-betlar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53C87C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52E727B5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B2496A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24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B7404D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Shaxsiy chegaralar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2A86D1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82C648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FDA780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58–59-betlar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0FB030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503D42A1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EB37C7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25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C78BC9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3-nazorat ishi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4A6439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F3E67A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DDB541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takrorlash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7F5DC6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5073A16E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320230" w14:textId="77777777" w:rsidR="00C90BE6" w:rsidRPr="0011359A" w:rsidRDefault="00C90BE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8AD442" w14:textId="77777777" w:rsidR="00C90BE6" w:rsidRPr="0011359A" w:rsidRDefault="00874DDC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Fan va madaniyat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FDEC99" w14:textId="77777777" w:rsidR="00C90BE6" w:rsidRPr="0011359A" w:rsidRDefault="00C90BE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6A96E7" w14:textId="77777777" w:rsidR="00C90BE6" w:rsidRPr="0011359A" w:rsidRDefault="00C90BE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2BF647" w14:textId="77777777" w:rsidR="00C90BE6" w:rsidRPr="0011359A" w:rsidRDefault="00C90BE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94043F" w14:textId="77777777" w:rsidR="00C90BE6" w:rsidRPr="0011359A" w:rsidRDefault="00C90BE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C90BE6" w:rsidRPr="0011359A" w14:paraId="3DE71ABF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04C9CE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26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BEE3A9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Ilm-fan ajoyibotlari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30C61A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2CA916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5FA26E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60–61-betlar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E75650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0E9EDD5C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F9E980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27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7FC4B8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Ilm-fan ajoyibotlari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AA8BEE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C6EF11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CE5590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62–65-betlar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B54EDA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1EF5DCC3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9ED5EE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28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81FE8E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Internet – axborot olamiga ochilgan oyna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0F4111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3FD47D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C7726F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66–67-betlar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7E00EB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55926AAA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22F0D1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29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7D62CF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Internet – axborot olamiga ochilgan oyna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4473B7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182F7D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E2997D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68–69-betlar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272A67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4C8DD102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12CCE7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30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4BAF42" w14:textId="54EF4829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 xml:space="preserve">Tillarni nima uchun </w:t>
            </w:r>
            <w:r w:rsidR="007E775E" w:rsidRPr="0011359A">
              <w:rPr>
                <w:noProof/>
                <w:color w:val="000000"/>
                <w:lang w:val="uz-Cyrl-UZ"/>
              </w:rPr>
              <w:t>oʻ</w:t>
            </w:r>
            <w:r w:rsidRPr="0011359A">
              <w:rPr>
                <w:noProof/>
                <w:color w:val="000000"/>
                <w:lang w:val="uz-Cyrl-UZ"/>
              </w:rPr>
              <w:t>rganish kerak?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8F3BD6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F757CF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F07C95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70–71-betlar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E85EE8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5E75729D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9814C3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lastRenderedPageBreak/>
              <w:t>31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617148" w14:textId="518E9A32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 xml:space="preserve">Tillarni nima uchun </w:t>
            </w:r>
            <w:r w:rsidR="007E775E" w:rsidRPr="0011359A">
              <w:rPr>
                <w:noProof/>
                <w:color w:val="000000"/>
                <w:lang w:val="uz-Cyrl-UZ"/>
              </w:rPr>
              <w:t>oʻ</w:t>
            </w:r>
            <w:r w:rsidRPr="0011359A">
              <w:rPr>
                <w:noProof/>
                <w:color w:val="000000"/>
                <w:lang w:val="uz-Cyrl-UZ"/>
              </w:rPr>
              <w:t>rganish kerak?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43951F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BCA86C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95E8C4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72–73-betlar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0F5D26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51C1FB56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BADBF5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32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95278F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Cheksiz olam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1B85D1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E9A035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B3DFB5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74–75-betlar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99DD0C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32AD978A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D3F440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33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4E0534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4-nazorat ishi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2A8073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8E6643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F5F1CE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takrorlash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4A4107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90BE6" w:rsidRPr="0011359A" w14:paraId="502FE6E9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9B557C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34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2B5369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Cheksiz olam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2BA30F" w14:textId="77777777" w:rsidR="00C90BE6" w:rsidRPr="0011359A" w:rsidRDefault="00874DDC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1B4DF8" w14:textId="77777777" w:rsidR="00C90BE6" w:rsidRPr="0011359A" w:rsidRDefault="00C90BE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8ADC90" w14:textId="77777777" w:rsidR="00C90BE6" w:rsidRPr="0011359A" w:rsidRDefault="00874DDC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76-bet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3C665D" w14:textId="77777777" w:rsidR="00C90BE6" w:rsidRPr="0011359A" w:rsidRDefault="00C90BE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</w:tbl>
    <w:p w14:paraId="58BA4C6A" w14:textId="7C1110C3" w:rsidR="0011359A" w:rsidRPr="0011359A" w:rsidRDefault="0011359A">
      <w:pPr>
        <w:rPr>
          <w:noProof/>
          <w:lang w:val="uz-Cyrl-UZ"/>
        </w:rPr>
      </w:pPr>
    </w:p>
    <w:p w14:paraId="35BD1136" w14:textId="77777777" w:rsidR="0011359A" w:rsidRPr="0011359A" w:rsidRDefault="0011359A">
      <w:pPr>
        <w:rPr>
          <w:noProof/>
          <w:lang w:val="uz-Cyrl-UZ"/>
        </w:rPr>
      </w:pPr>
      <w:r w:rsidRPr="0011359A">
        <w:rPr>
          <w:noProof/>
          <w:lang w:val="uz-Cyrl-UZ"/>
        </w:rPr>
        <w:br w:type="page"/>
      </w:r>
    </w:p>
    <w:p w14:paraId="114A2323" w14:textId="77777777" w:rsidR="0011359A" w:rsidRPr="0011359A" w:rsidRDefault="0011359A" w:rsidP="0011359A">
      <w:pPr>
        <w:pStyle w:val="af"/>
        <w:spacing w:after="0" w:line="240" w:lineRule="auto"/>
        <w:jc w:val="center"/>
        <w:rPr>
          <w:b/>
          <w:noProof/>
          <w:sz w:val="32"/>
          <w:lang w:val="uz-Cyrl-UZ"/>
        </w:rPr>
      </w:pPr>
      <w:r w:rsidRPr="0011359A">
        <w:rPr>
          <w:b/>
          <w:noProof/>
          <w:sz w:val="32"/>
          <w:lang w:val="uz-Cyrl-UZ"/>
        </w:rPr>
        <w:lastRenderedPageBreak/>
        <w:t xml:space="preserve">Календарно-тематическое планирование </w:t>
      </w:r>
    </w:p>
    <w:p w14:paraId="6432BB9F" w14:textId="77777777" w:rsidR="0011359A" w:rsidRPr="0011359A" w:rsidRDefault="0011359A" w:rsidP="0011359A">
      <w:pPr>
        <w:pStyle w:val="af"/>
        <w:spacing w:after="0" w:line="240" w:lineRule="auto"/>
        <w:jc w:val="center"/>
        <w:rPr>
          <w:noProof/>
          <w:lang w:val="uz-Cyrl-UZ"/>
        </w:rPr>
      </w:pPr>
      <w:r w:rsidRPr="0011359A">
        <w:rPr>
          <w:b/>
          <w:noProof/>
          <w:sz w:val="32"/>
          <w:lang w:val="uz-Cyrl-UZ"/>
        </w:rPr>
        <w:t>по предмету «</w:t>
      </w:r>
      <w:r w:rsidRPr="0011359A">
        <w:rPr>
          <w:b/>
          <w:noProof/>
          <w:color w:val="00AFEF"/>
          <w:sz w:val="32"/>
          <w:lang w:val="uz-Cyrl-UZ"/>
        </w:rPr>
        <w:t>Воспитание</w:t>
      </w:r>
      <w:r w:rsidRPr="0011359A">
        <w:rPr>
          <w:b/>
          <w:noProof/>
          <w:sz w:val="32"/>
          <w:lang w:val="uz-Cyrl-UZ"/>
        </w:rPr>
        <w:t>»</w:t>
      </w:r>
    </w:p>
    <w:p w14:paraId="0954AEAA" w14:textId="77777777" w:rsidR="0011359A" w:rsidRPr="0011359A" w:rsidRDefault="0011359A" w:rsidP="0011359A">
      <w:pPr>
        <w:pStyle w:val="af"/>
        <w:spacing w:after="0" w:line="240" w:lineRule="auto"/>
        <w:jc w:val="center"/>
        <w:rPr>
          <w:noProof/>
          <w:lang w:val="uz-Cyrl-UZ"/>
        </w:rPr>
      </w:pPr>
      <w:r w:rsidRPr="0011359A">
        <w:rPr>
          <w:b/>
          <w:noProof/>
          <w:sz w:val="32"/>
          <w:lang w:val="uz-Cyrl-UZ"/>
        </w:rPr>
        <w:t>4 класс</w:t>
      </w:r>
    </w:p>
    <w:p w14:paraId="10BD5274" w14:textId="77777777" w:rsidR="0011359A" w:rsidRPr="0011359A" w:rsidRDefault="0011359A" w:rsidP="0011359A">
      <w:pPr>
        <w:pStyle w:val="af"/>
        <w:spacing w:after="160" w:line="240" w:lineRule="auto"/>
        <w:jc w:val="center"/>
        <w:rPr>
          <w:noProof/>
          <w:lang w:val="uz-Cyrl-UZ"/>
        </w:rPr>
      </w:pPr>
      <w:r w:rsidRPr="0011359A">
        <w:rPr>
          <w:b/>
          <w:noProof/>
          <w:color w:val="006FC0"/>
          <w:sz w:val="32"/>
          <w:lang w:val="uz-Cyrl-UZ"/>
        </w:rPr>
        <w:t>2026–2027 учебный год</w:t>
      </w:r>
    </w:p>
    <w:tbl>
      <w:tblPr>
        <w:tblW w:w="10620" w:type="dxa"/>
        <w:jc w:val="center"/>
        <w:tblLayout w:type="fixed"/>
        <w:tblLook w:val="04A0" w:firstRow="1" w:lastRow="0" w:firstColumn="1" w:lastColumn="0" w:noHBand="0" w:noVBand="1"/>
      </w:tblPr>
      <w:tblGrid>
        <w:gridCol w:w="511"/>
        <w:gridCol w:w="4097"/>
        <w:gridCol w:w="879"/>
        <w:gridCol w:w="1104"/>
        <w:gridCol w:w="2191"/>
        <w:gridCol w:w="1838"/>
      </w:tblGrid>
      <w:tr w:rsidR="0011359A" w:rsidRPr="0011359A" w14:paraId="3761868E" w14:textId="77777777" w:rsidTr="0049011D">
        <w:trPr>
          <w:cantSplit/>
          <w:trHeight w:val="624"/>
          <w:tblHeader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10E370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№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F21B7B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Тема урока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14DE5A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Часы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A30407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Дата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DE5882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Домашнее задание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F65681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Примечание</w:t>
            </w:r>
          </w:p>
        </w:tc>
      </w:tr>
      <w:tr w:rsidR="0011359A" w:rsidRPr="0011359A" w14:paraId="52587724" w14:textId="77777777" w:rsidTr="0049011D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73BA72" w14:textId="77777777" w:rsidR="0011359A" w:rsidRPr="0011359A" w:rsidRDefault="0011359A" w:rsidP="0049011D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C47E7A" w14:textId="77777777" w:rsidR="0011359A" w:rsidRPr="0011359A" w:rsidRDefault="0011359A" w:rsidP="0049011D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Моя Родина – Узбекистан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351113" w14:textId="77777777" w:rsidR="0011359A" w:rsidRPr="0011359A" w:rsidRDefault="0011359A" w:rsidP="0049011D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DCB807" w14:textId="77777777" w:rsidR="0011359A" w:rsidRPr="0011359A" w:rsidRDefault="0011359A" w:rsidP="0049011D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8CD23D" w14:textId="77777777" w:rsidR="0011359A" w:rsidRPr="0011359A" w:rsidRDefault="0011359A" w:rsidP="0049011D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6A5C01" w14:textId="77777777" w:rsidR="0011359A" w:rsidRPr="0011359A" w:rsidRDefault="0011359A" w:rsidP="0049011D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11359A" w:rsidRPr="0011359A" w14:paraId="79274C61" w14:textId="77777777" w:rsidTr="0049011D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DF85C2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1B299B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Мы – граждане Узбекистана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18201B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94B53A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F95102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стр. 4–5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A57286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11359A" w:rsidRPr="0011359A" w14:paraId="04B3C517" w14:textId="77777777" w:rsidTr="0049011D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AA0CF0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2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BF3C03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Мы – граждане Узбекистана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6E1D6E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6BAC5F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C0A72D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стр. 6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DA747E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11359A" w:rsidRPr="0011359A" w14:paraId="6D26B0DF" w14:textId="77777777" w:rsidTr="0049011D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9CC97C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3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EA9AD9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Гражданские качества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4359F7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DF181F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AD2A5C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стр. 7–8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3F081A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11359A" w:rsidRPr="0011359A" w14:paraId="231A904C" w14:textId="77777777" w:rsidTr="0049011D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5C5CA4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4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5ABC58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Гражданские качества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F861BA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C9D1B1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7E6B30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стр. 9–10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E2DBE5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11359A" w:rsidRPr="0011359A" w14:paraId="51FB7DD3" w14:textId="77777777" w:rsidTr="0049011D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1E7E9D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5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EC200F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Гражданские качества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969CD0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0ACEB3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A87BAC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стр. 11–12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9D5CBD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11359A" w:rsidRPr="0011359A" w14:paraId="15D6B749" w14:textId="77777777" w:rsidTr="0049011D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16E636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6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8A884C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Контрольная работа № 1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9BADEB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6BCFD5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1118D1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повторить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F1B5C3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11359A" w:rsidRPr="0011359A" w14:paraId="056DD6F0" w14:textId="77777777" w:rsidTr="0049011D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422A88" w14:textId="77777777" w:rsidR="0011359A" w:rsidRPr="0011359A" w:rsidRDefault="0011359A" w:rsidP="0049011D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669A65" w14:textId="77777777" w:rsidR="0011359A" w:rsidRPr="0011359A" w:rsidRDefault="0011359A" w:rsidP="0049011D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Экология и здоровье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3DD940" w14:textId="77777777" w:rsidR="0011359A" w:rsidRPr="0011359A" w:rsidRDefault="0011359A" w:rsidP="0049011D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C44DCF" w14:textId="77777777" w:rsidR="0011359A" w:rsidRPr="0011359A" w:rsidRDefault="0011359A" w:rsidP="0049011D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E9C4B4" w14:textId="77777777" w:rsidR="0011359A" w:rsidRPr="0011359A" w:rsidRDefault="0011359A" w:rsidP="0049011D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2C2AAC" w14:textId="77777777" w:rsidR="0011359A" w:rsidRPr="0011359A" w:rsidRDefault="0011359A" w:rsidP="0049011D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11359A" w:rsidRPr="0011359A" w14:paraId="17FCAEE8" w14:textId="77777777" w:rsidTr="0049011D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DB6F7B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7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50A7A9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Мы – участники дорожного движения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3CE067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799960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FDB612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стр. 13–14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3E7AE0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11359A" w:rsidRPr="0011359A" w14:paraId="71C4DD84" w14:textId="77777777" w:rsidTr="0049011D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CEBCDB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8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2FF317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Если рядом железная дорога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8D8D1F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6BE150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AF880F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стр. 15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03AB06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11359A" w:rsidRPr="0011359A" w14:paraId="72FC073D" w14:textId="77777777" w:rsidTr="0049011D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731714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9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491322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Загрязнение воздуха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6FFA63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E5652E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677EE8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стр. 16–17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7C8B63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11359A" w:rsidRPr="0011359A" w14:paraId="408974B8" w14:textId="77777777" w:rsidTr="0049011D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AEAACB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10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DAFC7F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Водные ресурсы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156A4F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9C07D4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E53385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стр. 18–19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F6578B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11359A" w:rsidRPr="0011359A" w14:paraId="3BB6E4DB" w14:textId="77777777" w:rsidTr="0049011D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4F8F2E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11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34DDD6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Пустыня наступает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2F139D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1042B3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DBD6F8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стр. 20–21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D2D15F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11359A" w:rsidRPr="0011359A" w14:paraId="0852085E" w14:textId="77777777" w:rsidTr="0049011D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767A00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12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33470A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Переработка мусора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3919FC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A699BD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649C2F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стр. 22–25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C89D95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11359A" w:rsidRPr="0011359A" w14:paraId="45F484EF" w14:textId="77777777" w:rsidTr="0049011D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17AA35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13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E99C97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Здоровый образ жизни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294C9C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6CCAF9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B3852D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стр. 26–28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08FD90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11359A" w:rsidRPr="0011359A" w14:paraId="6CF394ED" w14:textId="77777777" w:rsidTr="0049011D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9C95F9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14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32406F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Здоровый образ жизни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DEA708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BACD67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66A6B0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стр. 29–33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155F3E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11359A" w:rsidRPr="0011359A" w14:paraId="61E17A65" w14:textId="77777777" w:rsidTr="0049011D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A54C45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lastRenderedPageBreak/>
              <w:t>15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6BDCC9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Как действовать в опасных ситуациях?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021688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276801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CDA6EE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noProof/>
                <w:color w:val="000000"/>
                <w:lang w:val="uz-Cyrl-UZ"/>
              </w:rPr>
              <w:t>стр. 34–35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89FDFB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11359A" w:rsidRPr="0011359A" w14:paraId="1AFDBD31" w14:textId="77777777" w:rsidTr="0049011D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216A68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16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FBD8F7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Контрольная работа № 2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BF7CFC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2A8FC2" w14:textId="77777777" w:rsidR="0011359A" w:rsidRPr="0011359A" w:rsidRDefault="0011359A" w:rsidP="0049011D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D9F8DD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  <w:r w:rsidRPr="0011359A">
              <w:rPr>
                <w:b/>
                <w:noProof/>
                <w:color w:val="000000"/>
                <w:lang w:val="uz-Cyrl-UZ"/>
              </w:rPr>
              <w:t>повторить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2D2BFF" w14:textId="77777777" w:rsidR="0011359A" w:rsidRPr="0011359A" w:rsidRDefault="0011359A" w:rsidP="0049011D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</w:tbl>
    <w:p w14:paraId="134FB57A" w14:textId="77777777" w:rsidR="0011359A" w:rsidRPr="0011359A" w:rsidRDefault="0011359A" w:rsidP="0011359A">
      <w:pPr>
        <w:rPr>
          <w:noProof/>
          <w:lang w:val="uz-Cyrl-UZ"/>
        </w:rPr>
      </w:pPr>
    </w:p>
    <w:p w14:paraId="0B775553" w14:textId="77777777" w:rsidR="00874DDC" w:rsidRPr="0011359A" w:rsidRDefault="00874DDC">
      <w:pPr>
        <w:rPr>
          <w:noProof/>
          <w:lang w:val="uz-Cyrl-UZ"/>
        </w:rPr>
      </w:pPr>
    </w:p>
    <w:sectPr w:rsidR="00874DDC" w:rsidRPr="0011359A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/>
      <w:pgMar w:top="1094" w:right="432" w:bottom="288" w:left="562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D3472" w14:textId="77777777" w:rsidR="00376729" w:rsidRDefault="00376729" w:rsidP="007E775E">
      <w:pPr>
        <w:spacing w:after="0" w:line="240" w:lineRule="auto"/>
      </w:pPr>
      <w:r>
        <w:separator/>
      </w:r>
    </w:p>
  </w:endnote>
  <w:endnote w:type="continuationSeparator" w:id="0">
    <w:p w14:paraId="4E4E46F4" w14:textId="77777777" w:rsidR="00376729" w:rsidRDefault="00376729" w:rsidP="007E7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6A98D" w14:textId="77777777" w:rsidR="007E775E" w:rsidRDefault="007E775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AF433" w14:textId="77777777" w:rsidR="007E775E" w:rsidRDefault="007E775E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F5E67" w14:textId="77777777" w:rsidR="007E775E" w:rsidRDefault="007E775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20B1A" w14:textId="77777777" w:rsidR="00376729" w:rsidRDefault="00376729" w:rsidP="007E775E">
      <w:pPr>
        <w:spacing w:after="0" w:line="240" w:lineRule="auto"/>
      </w:pPr>
      <w:r>
        <w:separator/>
      </w:r>
    </w:p>
  </w:footnote>
  <w:footnote w:type="continuationSeparator" w:id="0">
    <w:p w14:paraId="42B0B1A3" w14:textId="77777777" w:rsidR="00376729" w:rsidRDefault="00376729" w:rsidP="007E7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A12E5" w14:textId="77777777" w:rsidR="007E775E" w:rsidRDefault="007E775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303D4" w14:textId="77777777" w:rsidR="007E775E" w:rsidRDefault="007E775E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D0EE5" w14:textId="77777777" w:rsidR="007E775E" w:rsidRDefault="007E775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1359A"/>
    <w:rsid w:val="0015074B"/>
    <w:rsid w:val="0029639D"/>
    <w:rsid w:val="00326F90"/>
    <w:rsid w:val="00376729"/>
    <w:rsid w:val="00407F9A"/>
    <w:rsid w:val="007E775E"/>
    <w:rsid w:val="00874DDC"/>
    <w:rsid w:val="00AA1D8D"/>
    <w:rsid w:val="00B47730"/>
    <w:rsid w:val="00BA2AD3"/>
    <w:rsid w:val="00C90BE6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415B17"/>
  <w14:defaultImageDpi w14:val="300"/>
  <w15:docId w15:val="{9A188493-E581-4B0C-9DA2-1774DF4AD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D90DC1F-5540-4E99-8D5B-2D273F619199}">
  <we:reference id="wa200005472" version="1.0.0.0" store="ru-RU" storeType="OMEX"/>
  <we:alternateReferences>
    <we:reference id="wa200005472" version="1.0.0.0" store="WA200005472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Maxanov Said</cp:lastModifiedBy>
  <cp:revision>4</cp:revision>
  <dcterms:created xsi:type="dcterms:W3CDTF">2013-12-23T23:15:00Z</dcterms:created>
  <dcterms:modified xsi:type="dcterms:W3CDTF">2026-09-09T13:13:00Z</dcterms:modified>
  <cp:category/>
</cp:coreProperties>
</file>