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33E21" w14:textId="7CFEE7A4" w:rsidR="00A02BE7" w:rsidRPr="00A827F1" w:rsidRDefault="00A5455A">
      <w:pPr>
        <w:pStyle w:val="af"/>
        <w:spacing w:after="0" w:line="240" w:lineRule="auto"/>
        <w:jc w:val="center"/>
        <w:rPr>
          <w:noProof/>
          <w:lang w:val="uz-Cyrl-UZ"/>
        </w:rPr>
      </w:pPr>
      <w:r w:rsidRPr="00A827F1">
        <w:rPr>
          <w:b/>
          <w:noProof/>
          <w:sz w:val="32"/>
          <w:lang w:val="uz-Cyrl-UZ"/>
        </w:rPr>
        <w:t>2026–2027-</w:t>
      </w:r>
      <w:r w:rsidR="00644F85" w:rsidRPr="00A827F1">
        <w:rPr>
          <w:b/>
          <w:noProof/>
          <w:sz w:val="32"/>
          <w:lang w:val="uz-Cyrl-UZ"/>
        </w:rPr>
        <w:t>oʻ</w:t>
      </w:r>
      <w:r w:rsidRPr="00A827F1">
        <w:rPr>
          <w:b/>
          <w:noProof/>
          <w:sz w:val="32"/>
          <w:lang w:val="uz-Cyrl-UZ"/>
        </w:rPr>
        <w:t xml:space="preserve">quv yili uchun </w:t>
      </w:r>
      <w:r w:rsidRPr="00A827F1">
        <w:rPr>
          <w:b/>
          <w:noProof/>
          <w:color w:val="00AFEF"/>
          <w:sz w:val="32"/>
          <w:lang w:val="uz-Cyrl-UZ"/>
        </w:rPr>
        <w:t>Tarbiya</w:t>
      </w:r>
      <w:r w:rsidRPr="00A827F1">
        <w:rPr>
          <w:b/>
          <w:noProof/>
          <w:sz w:val="32"/>
          <w:lang w:val="uz-Cyrl-UZ"/>
        </w:rPr>
        <w:t xml:space="preserve"> fanidan </w:t>
      </w:r>
      <w:r w:rsidR="004F6DCB" w:rsidRPr="00A827F1">
        <w:rPr>
          <w:b/>
          <w:noProof/>
          <w:sz w:val="32"/>
          <w:lang w:val="uz-Cyrl-UZ"/>
        </w:rPr>
        <w:br/>
      </w:r>
      <w:r w:rsidRPr="00A827F1">
        <w:rPr>
          <w:b/>
          <w:noProof/>
          <w:sz w:val="32"/>
          <w:lang w:val="uz-Cyrl-UZ"/>
        </w:rPr>
        <w:t>taqvim-mavzu rejasi</w:t>
      </w:r>
    </w:p>
    <w:p w14:paraId="00435D5F" w14:textId="77777777" w:rsidR="00A02BE7" w:rsidRPr="00A827F1" w:rsidRDefault="00A5455A">
      <w:pPr>
        <w:pStyle w:val="af"/>
        <w:spacing w:after="0" w:line="240" w:lineRule="auto"/>
        <w:jc w:val="center"/>
        <w:rPr>
          <w:noProof/>
          <w:lang w:val="uz-Cyrl-UZ"/>
        </w:rPr>
      </w:pPr>
      <w:r w:rsidRPr="00A827F1">
        <w:rPr>
          <w:b/>
          <w:noProof/>
          <w:sz w:val="32"/>
          <w:lang w:val="uz-Cyrl-UZ"/>
        </w:rPr>
        <w:t>2-sinf</w:t>
      </w:r>
    </w:p>
    <w:p w14:paraId="3361AFC6" w14:textId="77777777" w:rsidR="00A02BE7" w:rsidRPr="00A827F1" w:rsidRDefault="00A5455A">
      <w:pPr>
        <w:pStyle w:val="af"/>
        <w:spacing w:after="160" w:line="240" w:lineRule="auto"/>
        <w:jc w:val="center"/>
        <w:rPr>
          <w:noProof/>
          <w:lang w:val="uz-Cyrl-UZ"/>
        </w:rPr>
      </w:pPr>
      <w:r w:rsidRPr="00A827F1">
        <w:rPr>
          <w:b/>
          <w:noProof/>
          <w:color w:val="006FC0"/>
          <w:sz w:val="32"/>
          <w:lang w:val="uz-Cyrl-UZ"/>
        </w:rPr>
        <w:t>Yillik (34 soat)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8"/>
        <w:gridCol w:w="4186"/>
        <w:gridCol w:w="899"/>
        <w:gridCol w:w="1338"/>
        <w:gridCol w:w="2034"/>
        <w:gridCol w:w="1645"/>
      </w:tblGrid>
      <w:tr w:rsidR="00A02BE7" w:rsidRPr="00A827F1" w14:paraId="78B485A7" w14:textId="77777777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1037E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FC25A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Dars mavzusi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FDEC5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Soat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3210DF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Sana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BE04AA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Uy vazifasi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5DCCE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Izoh</w:t>
            </w:r>
          </w:p>
        </w:tc>
      </w:tr>
      <w:tr w:rsidR="00A02BE7" w:rsidRPr="00A827F1" w14:paraId="27B96C6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84810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152F8" w14:textId="77777777" w:rsidR="00A02BE7" w:rsidRPr="00A827F1" w:rsidRDefault="00A5455A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Men va mening Vatanim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8E708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14102C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D41E7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95ED33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02BE7" w:rsidRPr="00A827F1" w14:paraId="2015DD6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1ACE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3C853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Vatanim – mening faxrim!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91C4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DA614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593D83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2–6-betlar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981D0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E83754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AC3C2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4A412" w14:textId="77777777" w:rsidR="00A02BE7" w:rsidRPr="00A827F1" w:rsidRDefault="00A5455A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Maktab va biz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72208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14F12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327ED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F8663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02BE7" w:rsidRPr="00A827F1" w14:paraId="2FD3DE3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63107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03C16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Maktab nima uchun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F1017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B91860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8E26E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7–9-betlar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381B5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8696D6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189B2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C7311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Maktab nima uchun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7215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6584C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65212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10–11-betlar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75D0D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EEED36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96CC4E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8958B" w14:textId="0FD18B29" w:rsidR="00A02BE7" w:rsidRPr="00A827F1" w:rsidRDefault="00644F85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Oʻ</w:t>
            </w:r>
            <w:r w:rsidR="00A5455A" w:rsidRPr="00A827F1">
              <w:rPr>
                <w:noProof/>
                <w:color w:val="000000"/>
                <w:lang w:val="uz-Cyrl-UZ"/>
              </w:rPr>
              <w:t xml:space="preserve">qituvchi va </w:t>
            </w:r>
            <w:r w:rsidRPr="00A827F1">
              <w:rPr>
                <w:noProof/>
                <w:color w:val="000000"/>
                <w:lang w:val="uz-Cyrl-UZ"/>
              </w:rPr>
              <w:t>oʻ</w:t>
            </w:r>
            <w:r w:rsidR="00A5455A" w:rsidRPr="00A827F1">
              <w:rPr>
                <w:noProof/>
                <w:color w:val="000000"/>
                <w:lang w:val="uz-Cyrl-UZ"/>
              </w:rPr>
              <w:t>quvchilar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DBABC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16B7B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51577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12–15-betlar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055085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4BEEB17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323059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5BD2A" w14:textId="12FD341B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Maktabga y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l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6F7C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BB9EEC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CAE96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16–21-betlar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264B8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1E5A2DA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B458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6117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Jamoat transportida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91DDB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B3EBD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2ACE0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22–25-betlar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F13DE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066B029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618D8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3BA4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E559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752BC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DC2F3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CB726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1F62A1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F8099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53F54" w14:textId="137C1961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Velosipedda sayr qilish – qiziqarli mash</w:t>
            </w:r>
            <w:r w:rsidR="00644F85" w:rsidRPr="00A827F1">
              <w:rPr>
                <w:noProof/>
                <w:color w:val="000000"/>
                <w:lang w:val="uz-Cyrl-UZ"/>
              </w:rPr>
              <w:t>gʻ</w:t>
            </w:r>
            <w:r w:rsidRPr="00A827F1">
              <w:rPr>
                <w:noProof/>
                <w:color w:val="000000"/>
                <w:lang w:val="uz-Cyrl-UZ"/>
              </w:rPr>
              <w:t>ulot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B59E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3B07B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62AD0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26–27-betlar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053605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83D32F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B9B11C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C6992" w14:textId="77777777" w:rsidR="00A02BE7" w:rsidRPr="00A827F1" w:rsidRDefault="00A5455A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Maktab hayoti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FADD2E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41110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0F8D78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31BC4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02BE7" w:rsidRPr="00A827F1" w14:paraId="1706281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9759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FFFDD" w14:textId="141585E9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Men va mening maktabdosh d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stlarim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87800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65B1C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223C9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28–30-betlar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AD9E6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448517F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DDF63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FC6A8" w14:textId="70330692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Men va mening maktabdosh d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stlarim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5183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FA3B7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88F3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31–34-betlar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B85B3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097F93D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F4525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06B820" w14:textId="5D05448D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 xml:space="preserve">Bir-birimizni tushunishni 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rganamiz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2A78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70A75B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0F6F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35–38-betlar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F68AE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2B77500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81EAF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E0F85" w14:textId="2C782E09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 xml:space="preserve">Bir-birimizga yordam berishni 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rganamiz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6232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06897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F92A6B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39–40-betlar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D223D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2A64CB8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71762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8CC77" w14:textId="7D691385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 xml:space="preserve">Bir-birimizga yordam berishni 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rganamiz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8BE1C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1F995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0B8ED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41–44-betlar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30FE0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99702D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1F5DA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lastRenderedPageBreak/>
              <w:t>14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1A249" w14:textId="0DB64650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Ishonamiz va tekshirib k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ramiz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DB882F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45FB8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D8FE5E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45–49-betlar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344E6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1C09A9A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509C2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449E4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2-nazorat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7397C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19E7A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79A69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86A0F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66C8821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F1EC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D66DA" w14:textId="2DA27EB1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Ishonamiz va tekshirib k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ramiz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FA4DE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4B33C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CF5CB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50–51-betlar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E1CEC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4CD2F15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2BB71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4D9BCA" w14:textId="77777777" w:rsidR="00A02BE7" w:rsidRPr="00A827F1" w:rsidRDefault="00A5455A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Insoniy fazilatlar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E8800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425F7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156E3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F1A5C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02BE7" w:rsidRPr="00A827F1" w14:paraId="079E471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29AF6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7FAADB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Men insonman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A6515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94A215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1AD61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52–54-betlar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44816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77EE7FC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A01B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BFAFF4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Men insonman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DF683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76D562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4E99E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55–56-betlar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E32425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B69803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9A5BB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47AAB5" w14:textId="497EE6DF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Ist</w:t>
            </w:r>
            <w:r w:rsidR="00644F85" w:rsidRPr="00A827F1">
              <w:rPr>
                <w:noProof/>
                <w:color w:val="000000"/>
                <w:lang w:val="uz-Cyrl-UZ"/>
              </w:rPr>
              <w:t>eʼ</w:t>
            </w:r>
            <w:r w:rsidRPr="00A827F1">
              <w:rPr>
                <w:noProof/>
                <w:color w:val="000000"/>
                <w:lang w:val="uz-Cyrl-UZ"/>
              </w:rPr>
              <w:t>dod kuchi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CCF4C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598607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79834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57–58-betlar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16DEAD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11BB4C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69ABDB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2C886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Ezgulik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39FF7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C6DB2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90A86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59–63-betlar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058DBF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6C4AA98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2E859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85EB2" w14:textId="1EB0DF73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Rostg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ylik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5ADA1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2C099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36F8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64–67-betlar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A1529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6EC60BA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75008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5F33C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Hurmat va xushmuomalalik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124B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9FA69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2872FF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68–69-betlar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08D36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72E96B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BA315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342C1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Hurmat va xushmuomalalik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4946C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EB074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414F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70–73-betlar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5A3ED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230AB3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989C2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069AB0" w14:textId="784DF29D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So</w:t>
            </w:r>
            <w:r w:rsidR="00644F85" w:rsidRPr="00A827F1">
              <w:rPr>
                <w:noProof/>
                <w:color w:val="000000"/>
                <w:lang w:val="uz-Cyrl-UZ"/>
              </w:rPr>
              <w:t>gʻ</w:t>
            </w:r>
            <w:r w:rsidRPr="00A827F1">
              <w:rPr>
                <w:noProof/>
                <w:color w:val="000000"/>
                <w:lang w:val="uz-Cyrl-UZ"/>
              </w:rPr>
              <w:t>lom turmush tarzi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692928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CA77E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25CF2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74–75-betlar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49764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6EFDDA2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67A83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36B946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3-nazorat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6E896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9AC9A8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6E83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704BF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03AFE21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A70CA8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9D5C46" w14:textId="77777777" w:rsidR="00A02BE7" w:rsidRPr="00A827F1" w:rsidRDefault="00A5455A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Odob-axloq tarbiyasi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9E211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26ABC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58FDA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C8B11" w14:textId="77777777" w:rsidR="00A02BE7" w:rsidRPr="00A827F1" w:rsidRDefault="00A02BE7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02BE7" w:rsidRPr="00A827F1" w14:paraId="25A6DAB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1812C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452F47" w14:textId="59B54DA6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Mehmond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stlik a</w:t>
            </w:r>
            <w:r w:rsidR="00644F85" w:rsidRPr="00A827F1">
              <w:rPr>
                <w:noProof/>
                <w:color w:val="000000"/>
                <w:lang w:val="uz-Cyrl-UZ"/>
              </w:rPr>
              <w:t>nʼ</w:t>
            </w:r>
            <w:r w:rsidRPr="00A827F1">
              <w:rPr>
                <w:noProof/>
                <w:color w:val="000000"/>
                <w:lang w:val="uz-Cyrl-UZ"/>
              </w:rPr>
              <w:t>analari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39CC5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21392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5B85C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76–79-betlar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E5F9C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0213369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2229D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AB6116" w14:textId="4DD1C166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Mahalla a</w:t>
            </w:r>
            <w:r w:rsidR="00644F85" w:rsidRPr="00A827F1">
              <w:rPr>
                <w:noProof/>
                <w:color w:val="000000"/>
                <w:lang w:val="uz-Cyrl-UZ"/>
              </w:rPr>
              <w:t>nʼ</w:t>
            </w:r>
            <w:r w:rsidRPr="00A827F1">
              <w:rPr>
                <w:noProof/>
                <w:color w:val="000000"/>
                <w:lang w:val="uz-Cyrl-UZ"/>
              </w:rPr>
              <w:t>analari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8763D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CD5B5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BF488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80–85-betlar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E8A10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C1FE27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13FB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5ACDE" w14:textId="5E9182AE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Kitob – eng yaxshi d</w:t>
            </w:r>
            <w:r w:rsidR="00644F85" w:rsidRPr="00A827F1">
              <w:rPr>
                <w:noProof/>
                <w:color w:val="000000"/>
                <w:lang w:val="uz-Cyrl-UZ"/>
              </w:rPr>
              <w:t>oʻ</w:t>
            </w:r>
            <w:r w:rsidRPr="00A827F1">
              <w:rPr>
                <w:noProof/>
                <w:color w:val="000000"/>
                <w:lang w:val="uz-Cyrl-UZ"/>
              </w:rPr>
              <w:t>stimiz!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58E46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FFF429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6B5E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86–90-betlar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DB6EF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1E9D370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EC70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65C69C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Bizga telefon, televizor, kompyuter nima uchun kerak?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12690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13E9F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BC5192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91–93-betlar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238E3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7434750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5DEB8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lastRenderedPageBreak/>
              <w:t>30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DE906" w14:textId="14173795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Madaniyat va t</w:t>
            </w:r>
            <w:r w:rsidR="00644F85" w:rsidRPr="00A827F1">
              <w:rPr>
                <w:noProof/>
                <w:color w:val="000000"/>
                <w:lang w:val="uz-Cyrl-UZ"/>
              </w:rPr>
              <w:t>aʼ</w:t>
            </w:r>
            <w:r w:rsidRPr="00A827F1">
              <w:rPr>
                <w:noProof/>
                <w:color w:val="000000"/>
                <w:lang w:val="uz-Cyrl-UZ"/>
              </w:rPr>
              <w:t>lim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15D27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8F7011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B204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94–98-betlar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23769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F8D24A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AB576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02597" w14:textId="6B7D052D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Hayvonot bo</w:t>
            </w:r>
            <w:r w:rsidR="00644F85" w:rsidRPr="00A827F1">
              <w:rPr>
                <w:noProof/>
                <w:color w:val="000000"/>
                <w:lang w:val="uz-Cyrl-UZ"/>
              </w:rPr>
              <w:t>gʻ</w:t>
            </w:r>
            <w:r w:rsidRPr="00A827F1">
              <w:rPr>
                <w:noProof/>
                <w:color w:val="000000"/>
                <w:lang w:val="uz-Cyrl-UZ"/>
              </w:rPr>
              <w:t>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EF4C3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0ADB0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4126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99–102-betlar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12CE9D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5496896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48079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817F51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Jamoat joylarida odob-axloq qoidalari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FE2CB5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5CCE7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92C01C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103–105-betlar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E0FEA9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3A58270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27044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9A27D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4-nazorat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1B81AF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ADC30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DC718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FBE39F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02BE7" w:rsidRPr="00A827F1" w14:paraId="2F6C519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CF57A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2384A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Qaroqchi bergan saboq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64919" w14:textId="77777777" w:rsidR="00A02BE7" w:rsidRPr="00A827F1" w:rsidRDefault="00A5455A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F123B" w14:textId="77777777" w:rsidR="00A02BE7" w:rsidRPr="00A827F1" w:rsidRDefault="00A02BE7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B4C95" w14:textId="77777777" w:rsidR="00A02BE7" w:rsidRPr="00A827F1" w:rsidRDefault="00A5455A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5C03B" w14:textId="77777777" w:rsidR="00A02BE7" w:rsidRPr="00A827F1" w:rsidRDefault="00A02BE7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698272CE" w14:textId="6BBD6BE0" w:rsidR="00A827F1" w:rsidRPr="00A827F1" w:rsidRDefault="00A827F1">
      <w:pPr>
        <w:rPr>
          <w:noProof/>
          <w:lang w:val="uz-Cyrl-UZ"/>
        </w:rPr>
      </w:pPr>
    </w:p>
    <w:p w14:paraId="5CE06E2E" w14:textId="77777777" w:rsidR="00A827F1" w:rsidRPr="00A827F1" w:rsidRDefault="00A827F1">
      <w:pPr>
        <w:rPr>
          <w:noProof/>
          <w:lang w:val="uz-Cyrl-UZ"/>
        </w:rPr>
      </w:pPr>
      <w:r w:rsidRPr="00A827F1">
        <w:rPr>
          <w:noProof/>
          <w:lang w:val="uz-Cyrl-UZ"/>
        </w:rPr>
        <w:br w:type="page"/>
      </w:r>
    </w:p>
    <w:p w14:paraId="598F44EE" w14:textId="77777777" w:rsidR="00A827F1" w:rsidRPr="00A827F1" w:rsidRDefault="00A827F1" w:rsidP="00A827F1">
      <w:pPr>
        <w:pStyle w:val="af"/>
        <w:spacing w:after="0" w:line="240" w:lineRule="auto"/>
        <w:jc w:val="center"/>
        <w:rPr>
          <w:noProof/>
          <w:lang w:val="uz-Cyrl-UZ"/>
        </w:rPr>
      </w:pPr>
      <w:r w:rsidRPr="00A827F1">
        <w:rPr>
          <w:b/>
          <w:noProof/>
          <w:sz w:val="32"/>
          <w:lang w:val="uz-Cyrl-UZ"/>
        </w:rPr>
        <w:lastRenderedPageBreak/>
        <w:t xml:space="preserve">Календарно-тематическое планирование </w:t>
      </w:r>
      <w:r w:rsidRPr="00A827F1">
        <w:rPr>
          <w:b/>
          <w:noProof/>
          <w:sz w:val="32"/>
          <w:lang w:val="uz-Cyrl-UZ"/>
        </w:rPr>
        <w:br/>
        <w:t>по предмету «</w:t>
      </w:r>
      <w:r w:rsidRPr="00A827F1">
        <w:rPr>
          <w:b/>
          <w:noProof/>
          <w:color w:val="00AFEF"/>
          <w:sz w:val="32"/>
          <w:lang w:val="uz-Cyrl-UZ"/>
        </w:rPr>
        <w:t>Воспитание</w:t>
      </w:r>
      <w:r w:rsidRPr="00A827F1">
        <w:rPr>
          <w:b/>
          <w:noProof/>
          <w:sz w:val="32"/>
          <w:lang w:val="uz-Cyrl-UZ"/>
        </w:rPr>
        <w:t>»</w:t>
      </w:r>
    </w:p>
    <w:p w14:paraId="68544ACE" w14:textId="77777777" w:rsidR="00A827F1" w:rsidRPr="00A827F1" w:rsidRDefault="00A827F1" w:rsidP="00A827F1">
      <w:pPr>
        <w:pStyle w:val="af"/>
        <w:spacing w:after="0" w:line="240" w:lineRule="auto"/>
        <w:jc w:val="center"/>
        <w:rPr>
          <w:noProof/>
          <w:lang w:val="uz-Cyrl-UZ"/>
        </w:rPr>
      </w:pPr>
      <w:r w:rsidRPr="00A827F1">
        <w:rPr>
          <w:b/>
          <w:noProof/>
          <w:sz w:val="32"/>
          <w:lang w:val="uz-Cyrl-UZ"/>
        </w:rPr>
        <w:t>2 класс</w:t>
      </w:r>
    </w:p>
    <w:p w14:paraId="04C6B3B4" w14:textId="77777777" w:rsidR="00A827F1" w:rsidRPr="00A827F1" w:rsidRDefault="00A827F1" w:rsidP="00A827F1">
      <w:pPr>
        <w:pStyle w:val="af"/>
        <w:spacing w:after="160" w:line="240" w:lineRule="auto"/>
        <w:jc w:val="center"/>
        <w:rPr>
          <w:noProof/>
          <w:lang w:val="uz-Cyrl-UZ"/>
        </w:rPr>
      </w:pPr>
      <w:r w:rsidRPr="00A827F1">
        <w:rPr>
          <w:b/>
          <w:noProof/>
          <w:color w:val="006FC0"/>
          <w:sz w:val="32"/>
          <w:lang w:val="uz-Cyrl-UZ"/>
        </w:rPr>
        <w:t>2026–2027 учебный год · 34 часа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1"/>
        <w:gridCol w:w="4097"/>
        <w:gridCol w:w="879"/>
        <w:gridCol w:w="1104"/>
        <w:gridCol w:w="2191"/>
        <w:gridCol w:w="1838"/>
      </w:tblGrid>
      <w:tr w:rsidR="00A827F1" w:rsidRPr="00A827F1" w14:paraId="703326AC" w14:textId="77777777" w:rsidTr="00247DF9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8C55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6DF3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Тема урока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55CFD" w14:textId="77777777" w:rsidR="00A827F1" w:rsidRPr="00A827F1" w:rsidRDefault="00A827F1" w:rsidP="00A827F1">
            <w:pPr>
              <w:spacing w:after="0" w:line="240" w:lineRule="auto"/>
              <w:jc w:val="center"/>
              <w:rPr>
                <w:b/>
                <w:noProof/>
                <w:color w:val="000000"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Кол-во</w:t>
            </w:r>
          </w:p>
          <w:p w14:paraId="7D0D0CB3" w14:textId="146D416F" w:rsidR="00A827F1" w:rsidRPr="00A827F1" w:rsidRDefault="00A827F1" w:rsidP="00A827F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часов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D2E2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Дата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17DFE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Домашнее задание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B46A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Примечание</w:t>
            </w:r>
          </w:p>
        </w:tc>
      </w:tr>
      <w:tr w:rsidR="00A827F1" w:rsidRPr="00A827F1" w14:paraId="6145E9B3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F8DCA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CF8194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Я и моя Родина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B0D11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11A38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7B666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1D6202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827F1" w:rsidRPr="00A827F1" w14:paraId="55338F15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3655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3E1B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Родина, которой я горжусь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645C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EB9A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532E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4–6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DBB33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6B0EBFFE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506A0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BF479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Школа и мы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EC9AF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BFEA4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498AA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1AFB7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827F1" w:rsidRPr="00A827F1" w14:paraId="1C556A22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E85C2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4E93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Для чего нужна школа?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3A5A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75DE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B15E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7–9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35143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7B4C258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5606A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06F9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Для чего нужна школа?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6C136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F131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CA83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10–11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ECCD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3806D3A5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90A84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54F0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Учителя и ученики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60DF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2CD0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0F2D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12–15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C105C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070A0F7F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237A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4D21C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По дороге в школу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4FC7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7791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C4E5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16–21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6AFF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3362E039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01306A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B229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В общественном транспорте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B18D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4DCC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59A1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22–25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6987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4443F10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0B4E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83B9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Контрольная работа № 1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C1C7B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17D7D5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FAEC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06B5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9E35794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196D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5A4E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Кататься на велосипеде – это здорово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32AA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58E7B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E529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26–27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32F1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444E58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3C61F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468C2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Школьная жизнь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63979F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C6AA2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38159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60B86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827F1" w:rsidRPr="00A827F1" w14:paraId="78D66D8A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546D4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AF8F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Я и мои школьные друзья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F418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10B6C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18E2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28–30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6F9B6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F65535B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550B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5CFB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Я и мои школьные друзья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FC1B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17F9C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D60EC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31–34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1A6B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6C43CE66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BC696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E648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Учимся понимать друг друга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A24DA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9E0A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7B359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35–38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4998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831056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21BE4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49E9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Учимся помогать друг другу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5F45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C30E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AE0DA1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39–40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D93F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B0D24DF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80DA4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lastRenderedPageBreak/>
              <w:t>13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022C8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Учимся помогать друг другу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33ED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DA626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BF1E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41–44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CB6C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0ADC263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C4F8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504E8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Учимся доверять и проверять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E9F79A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C6EB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C03CE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45–49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EDE66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5E51B3E3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6FAD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1469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Контрольная работа № 2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E1C3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E6D5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63F6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B629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992ECB9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EE96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DCBE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Учимся доверять и проверять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3ED2E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EC125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4949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50–51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4364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8855EC6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0787D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6B0099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Качества человека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28EFF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34CD49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46513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677FA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827F1" w:rsidRPr="00A827F1" w14:paraId="7F366F4F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91D18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03523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Я – человек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3345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ACE8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21FB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52–54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7369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599482ED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920D5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D846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Я – человек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DCB13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7705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EE4A0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55–56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B72E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55FF59D8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6FAAF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FEC303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Сила таланта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C188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646CA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6998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57–58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C002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CEC7953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6A6B5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D65588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Что такое доброта?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9C0BD6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7EEAE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5A74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59–63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F646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38DE890E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739D0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1B4E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Что такое честность?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58C8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5E1BD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F1BC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64–67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B8F011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D72AFD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C9F7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BFBAE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Уважение и вежливость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3169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36D92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4900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68–69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6D3A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3C611B76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FD25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4751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Уважение и вежливость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DFE3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EDA5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B7C18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70–73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496F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2A2C553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7568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6E8E7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Как оставаться здоровым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D6CE4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716A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C1A57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74–75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AB857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58A543C7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CCF14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51C8C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Контрольная работа № 3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1324D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3659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C9BAF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0D55E6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FC4F097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6005C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8A5CE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Культура поведения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DCE9D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C43C2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06ACE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E2818" w14:textId="77777777" w:rsidR="00A827F1" w:rsidRPr="00A827F1" w:rsidRDefault="00A827F1" w:rsidP="00247DF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A827F1" w:rsidRPr="00A827F1" w14:paraId="162C4846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EC2D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4D6C6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Традиции гостеприимства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00D4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AEC4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167D0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76–79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7B30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46124052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DD5D6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5063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Традиции махалли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B747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0044C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1B63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80–85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9522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45823FD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A579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lastRenderedPageBreak/>
              <w:t>28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E1DF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Книга – наш лучший друг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10AE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B851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DF9C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86–90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538F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D17D910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99831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29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0969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Зачем нам телефон, телевизор, компьютер?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E3CB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CA0E9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5CF5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91–93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F09F30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7E6362EB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EF38E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675DD1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Культура и образование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721F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E270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C9A9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94–98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E2F87B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0EA295C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6C23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E580BC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Зоопарк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8947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3C5AF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3B679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99–102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C0904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416E0B02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7C28A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CEEF2A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Правила поведения в общественных местах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B9FF97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F1BD2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B2A91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103–105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0CF05E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1E32BDB1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922CB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A8A222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Контрольная работа № 4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0CAC4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FA7EE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A306D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08CB5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A827F1" w:rsidRPr="00A827F1" w14:paraId="22C9709C" w14:textId="77777777" w:rsidTr="00247DF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A40326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34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98618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Урок, который преподал разбойник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A36E3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87928" w14:textId="77777777" w:rsidR="00A827F1" w:rsidRPr="00A827F1" w:rsidRDefault="00A827F1" w:rsidP="00247DF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2CD371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  <w:r w:rsidRPr="00A827F1">
              <w:rPr>
                <w:noProof/>
                <w:color w:val="000000"/>
                <w:lang w:val="uz-Cyrl-UZ"/>
              </w:rPr>
              <w:t>стр. 106–109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B85CB6" w14:textId="77777777" w:rsidR="00A827F1" w:rsidRPr="00A827F1" w:rsidRDefault="00A827F1" w:rsidP="00247DF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24F1D6E2" w14:textId="77777777" w:rsidR="00A827F1" w:rsidRPr="00A827F1" w:rsidRDefault="00A827F1" w:rsidP="00A827F1">
      <w:pPr>
        <w:rPr>
          <w:noProof/>
          <w:lang w:val="uz-Cyrl-UZ"/>
        </w:rPr>
      </w:pPr>
    </w:p>
    <w:p w14:paraId="5375DD73" w14:textId="77777777" w:rsidR="00A5455A" w:rsidRPr="00A827F1" w:rsidRDefault="00A5455A">
      <w:pPr>
        <w:rPr>
          <w:noProof/>
          <w:lang w:val="uz-Cyrl-UZ"/>
        </w:rPr>
      </w:pPr>
    </w:p>
    <w:sectPr w:rsidR="00A5455A" w:rsidRPr="00A827F1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094" w:right="432" w:bottom="288" w:left="562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58DFE" w14:textId="77777777" w:rsidR="00B64615" w:rsidRDefault="00B64615" w:rsidP="00644F85">
      <w:pPr>
        <w:spacing w:after="0" w:line="240" w:lineRule="auto"/>
      </w:pPr>
      <w:r>
        <w:separator/>
      </w:r>
    </w:p>
  </w:endnote>
  <w:endnote w:type="continuationSeparator" w:id="0">
    <w:p w14:paraId="1055D9DB" w14:textId="77777777" w:rsidR="00B64615" w:rsidRDefault="00B64615" w:rsidP="0064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6BEFB" w14:textId="77777777" w:rsidR="00644F85" w:rsidRDefault="00644F8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9C170" w14:textId="77777777" w:rsidR="00644F85" w:rsidRDefault="00644F8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5A908" w14:textId="77777777" w:rsidR="00644F85" w:rsidRDefault="00644F8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4B4BC" w14:textId="77777777" w:rsidR="00B64615" w:rsidRDefault="00B64615" w:rsidP="00644F85">
      <w:pPr>
        <w:spacing w:after="0" w:line="240" w:lineRule="auto"/>
      </w:pPr>
      <w:r>
        <w:separator/>
      </w:r>
    </w:p>
  </w:footnote>
  <w:footnote w:type="continuationSeparator" w:id="0">
    <w:p w14:paraId="18AFCD7A" w14:textId="77777777" w:rsidR="00B64615" w:rsidRDefault="00B64615" w:rsidP="0064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56A8" w14:textId="77777777" w:rsidR="00644F85" w:rsidRDefault="00644F8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FF8F6" w14:textId="77777777" w:rsidR="00644F85" w:rsidRDefault="00644F8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C69B3" w14:textId="77777777" w:rsidR="00644F85" w:rsidRDefault="00644F8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2DC4"/>
    <w:rsid w:val="0015074B"/>
    <w:rsid w:val="0029639D"/>
    <w:rsid w:val="00326F90"/>
    <w:rsid w:val="004F6DCB"/>
    <w:rsid w:val="00644F85"/>
    <w:rsid w:val="00A02BE7"/>
    <w:rsid w:val="00A5455A"/>
    <w:rsid w:val="00A827F1"/>
    <w:rsid w:val="00AA1D8D"/>
    <w:rsid w:val="00B47730"/>
    <w:rsid w:val="00B6461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639C33"/>
  <w14:defaultImageDpi w14:val="300"/>
  <w15:docId w15:val="{0A74B6E6-146B-4821-9CCC-9CA29DBD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16ED37-505F-463E-B5E0-B3EA07D13CDC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Maxanov Said</cp:lastModifiedBy>
  <cp:revision>4</cp:revision>
  <dcterms:created xsi:type="dcterms:W3CDTF">2013-12-23T23:15:00Z</dcterms:created>
  <dcterms:modified xsi:type="dcterms:W3CDTF">2026-09-09T12:46:00Z</dcterms:modified>
  <cp:category/>
</cp:coreProperties>
</file>