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2B9DF" w14:textId="53681841" w:rsidR="00C42606" w:rsidRPr="000B4C59" w:rsidRDefault="00A03651">
      <w:pPr>
        <w:pStyle w:val="af"/>
        <w:spacing w:after="0" w:line="240" w:lineRule="auto"/>
        <w:jc w:val="center"/>
        <w:rPr>
          <w:noProof/>
          <w:lang w:val="uz-Cyrl-UZ"/>
        </w:rPr>
      </w:pPr>
      <w:r w:rsidRPr="000B4C59">
        <w:rPr>
          <w:b/>
          <w:noProof/>
          <w:sz w:val="32"/>
          <w:lang w:val="uz-Cyrl-UZ"/>
        </w:rPr>
        <w:t>2026–2027-</w:t>
      </w:r>
      <w:r w:rsidR="006B4BA0" w:rsidRPr="000B4C59">
        <w:rPr>
          <w:b/>
          <w:noProof/>
          <w:sz w:val="32"/>
          <w:lang w:val="uz-Cyrl-UZ"/>
        </w:rPr>
        <w:t>oʻ</w:t>
      </w:r>
      <w:r w:rsidRPr="000B4C59">
        <w:rPr>
          <w:b/>
          <w:noProof/>
          <w:sz w:val="32"/>
          <w:lang w:val="uz-Cyrl-UZ"/>
        </w:rPr>
        <w:t xml:space="preserve">quv yili uchun </w:t>
      </w:r>
      <w:r w:rsidRPr="000B4C59">
        <w:rPr>
          <w:b/>
          <w:noProof/>
          <w:color w:val="00AFEF"/>
          <w:sz w:val="32"/>
          <w:lang w:val="uz-Cyrl-UZ"/>
        </w:rPr>
        <w:t>Tarbiya</w:t>
      </w:r>
      <w:r w:rsidRPr="000B4C59">
        <w:rPr>
          <w:b/>
          <w:noProof/>
          <w:sz w:val="32"/>
          <w:lang w:val="uz-Cyrl-UZ"/>
        </w:rPr>
        <w:t xml:space="preserve"> fanidan </w:t>
      </w:r>
      <w:r w:rsidR="00D82461" w:rsidRPr="000B4C59">
        <w:rPr>
          <w:b/>
          <w:noProof/>
          <w:sz w:val="32"/>
          <w:lang w:val="uz-Cyrl-UZ"/>
        </w:rPr>
        <w:br/>
      </w:r>
      <w:r w:rsidRPr="000B4C59">
        <w:rPr>
          <w:b/>
          <w:noProof/>
          <w:sz w:val="32"/>
          <w:lang w:val="uz-Cyrl-UZ"/>
        </w:rPr>
        <w:t>taqvim-mavzu rejasi</w:t>
      </w:r>
    </w:p>
    <w:p w14:paraId="7DA182C4" w14:textId="77777777" w:rsidR="00C42606" w:rsidRPr="000B4C59" w:rsidRDefault="00A03651">
      <w:pPr>
        <w:pStyle w:val="af"/>
        <w:spacing w:after="0" w:line="240" w:lineRule="auto"/>
        <w:jc w:val="center"/>
        <w:rPr>
          <w:noProof/>
          <w:lang w:val="uz-Cyrl-UZ"/>
        </w:rPr>
      </w:pPr>
      <w:r w:rsidRPr="000B4C59">
        <w:rPr>
          <w:b/>
          <w:noProof/>
          <w:sz w:val="32"/>
          <w:lang w:val="uz-Cyrl-UZ"/>
        </w:rPr>
        <w:t>1-sinf</w:t>
      </w:r>
    </w:p>
    <w:p w14:paraId="3822827A" w14:textId="77777777" w:rsidR="00C42606" w:rsidRPr="000B4C59" w:rsidRDefault="00A03651">
      <w:pPr>
        <w:pStyle w:val="af"/>
        <w:spacing w:after="160" w:line="240" w:lineRule="auto"/>
        <w:jc w:val="center"/>
        <w:rPr>
          <w:noProof/>
          <w:lang w:val="uz-Cyrl-UZ"/>
        </w:rPr>
      </w:pPr>
      <w:r w:rsidRPr="000B4C59">
        <w:rPr>
          <w:b/>
          <w:noProof/>
          <w:color w:val="006FC0"/>
          <w:sz w:val="32"/>
          <w:lang w:val="uz-Cyrl-UZ"/>
        </w:rPr>
        <w:t>Yillik (33 soat)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8"/>
        <w:gridCol w:w="4186"/>
        <w:gridCol w:w="899"/>
        <w:gridCol w:w="1338"/>
        <w:gridCol w:w="2034"/>
        <w:gridCol w:w="1645"/>
      </w:tblGrid>
      <w:tr w:rsidR="00C42606" w:rsidRPr="000B4C59" w14:paraId="4075E89F" w14:textId="77777777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F4641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114DC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Dars mavzusi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7A067A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Soat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745E6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Sana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21384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Uy vazifasi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9170C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Izoh</w:t>
            </w:r>
          </w:p>
        </w:tc>
      </w:tr>
      <w:tr w:rsidR="00C42606" w:rsidRPr="000B4C59" w14:paraId="6B85717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9FDA0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3843F" w14:textId="0D5AADDB" w:rsidR="00C42606" w:rsidRPr="000B4C59" w:rsidRDefault="00A0365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 xml:space="preserve">Mening Vatanim – </w:t>
            </w:r>
            <w:r w:rsidR="006B4BA0" w:rsidRPr="000B4C59">
              <w:rPr>
                <w:b/>
                <w:noProof/>
                <w:color w:val="000000"/>
                <w:lang w:val="uz-Cyrl-UZ"/>
              </w:rPr>
              <w:t>Oʻ</w:t>
            </w:r>
            <w:r w:rsidRPr="000B4C59">
              <w:rPr>
                <w:b/>
                <w:noProof/>
                <w:color w:val="000000"/>
                <w:lang w:val="uz-Cyrl-UZ"/>
              </w:rPr>
              <w:t>zbekiston!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65234D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82694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CBAEF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5C1B05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42606" w:rsidRPr="000B4C59" w14:paraId="365477C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FF771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48FE0" w14:textId="3EB8E000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 xml:space="preserve">Men 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zbekistonda yashayman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07EE2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807D57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55941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12–14-betlar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E0CF8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0DF5573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33C72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2BBA2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Men kimman?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4DDA4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7A15E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0653E2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15–17-betlar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D02E9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09A81A2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1FF07E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59C088" w14:textId="331D0436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Maktab b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ylab sayohat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BE212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5C9D04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05913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18–23-betlar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617B4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071725E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001C5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508D80" w14:textId="145C2C49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Maktab b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ylab sayohat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14469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A52FA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0E0AB2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24–26-betlar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D529C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77AEB71A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16EDA9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829D5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Bizning maktab – bizning uy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9CE7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3397F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19DDE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27–30-betlar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23A97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1BCFFB8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35137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3F6CB1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Bizning maktab – bizning uy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9A79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FAEF7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480269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31–32-betlar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915754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3816AA1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F1EF05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6B5F65" w14:textId="54AA2AB8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Maktab tomon y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lda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37719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0DAE22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E26FF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33–35-betlar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AB38A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722BE56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84950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715FCB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Bizning sinf jamoamiz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4F7DE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5C2B6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B8966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36–40-betlar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2DA42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2EEFB726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C6894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4A63F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Mustahkamlash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3A865F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1A8ED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A71B4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41–45-betlar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E8C58E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2C91D54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1E91F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692C92" w14:textId="690286AD" w:rsidR="00C42606" w:rsidRPr="000B4C59" w:rsidRDefault="00A0365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Men va mening d</w:t>
            </w:r>
            <w:r w:rsidR="006B4BA0" w:rsidRPr="000B4C59">
              <w:rPr>
                <w:b/>
                <w:noProof/>
                <w:color w:val="000000"/>
                <w:lang w:val="uz-Cyrl-UZ"/>
              </w:rPr>
              <w:t>oʻ</w:t>
            </w:r>
            <w:r w:rsidRPr="000B4C59">
              <w:rPr>
                <w:b/>
                <w:noProof/>
                <w:color w:val="000000"/>
                <w:lang w:val="uz-Cyrl-UZ"/>
              </w:rPr>
              <w:t>stlarim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DF9C80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83D4EF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CA72C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60E5C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42606" w:rsidRPr="000B4C59" w14:paraId="06178584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020A4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E12C97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Muloqot alifbosi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85DD2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40745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87D4EE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48–49-betlar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0099C2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15FCE58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9CAD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980C5A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Muloqot alifbosi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E9589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5B957D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2CBD5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50–52-betlar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D261C1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0E8D2084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FD6F24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9D736D" w14:textId="066A3481" w:rsidR="00C42606" w:rsidRPr="000B4C59" w:rsidRDefault="006B4BA0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Oʻ</w:t>
            </w:r>
            <w:r w:rsidR="00A03651" w:rsidRPr="000B4C59">
              <w:rPr>
                <w:noProof/>
                <w:color w:val="000000"/>
                <w:lang w:val="uz-Cyrl-UZ"/>
              </w:rPr>
              <w:t>zaro yordam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1CAAE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A943E2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9E2AAA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53–55-betlar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79572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3D50260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5233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C50F2F" w14:textId="778236F1" w:rsidR="00C42606" w:rsidRPr="000B4C59" w:rsidRDefault="006B4BA0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Oʻ</w:t>
            </w:r>
            <w:r w:rsidR="00A03651" w:rsidRPr="000B4C59">
              <w:rPr>
                <w:noProof/>
                <w:color w:val="000000"/>
                <w:lang w:val="uz-Cyrl-UZ"/>
              </w:rPr>
              <w:t>zaro yordam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450E0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FF49D7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073E0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56–57-betlar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A501C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60DBEA59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09F6F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812F94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Minnatdorlik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B1AD5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11D98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91D3F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58–59-betlar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3C93D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39C430B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A333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lastRenderedPageBreak/>
              <w:t>15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BD1D8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Minnatdorlik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BE37E4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2F94D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2BFCA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60–61-betlar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14606E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6EF8EB73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8D53F1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DA0344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Mustahkamlash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BC22D1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080F8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08A27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62–63-betlar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B0CEC3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1AD336B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6D8819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B0186" w14:textId="77777777" w:rsidR="00C42606" w:rsidRPr="000B4C59" w:rsidRDefault="00A0365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Men va mening fazilatlarim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62E5F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DD14B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321D5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35BE53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42606" w:rsidRPr="000B4C59" w14:paraId="7CDF501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7E087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D7C26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Ishonch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0A73A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C4BB7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C177D4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66–67-betlar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F03BD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38B8BF58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104186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E69F3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Ishonch nima?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378EC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2FA6E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E422C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68–69-betlar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D879F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5C91A31E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171F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CE69F3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Mustaqillik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358D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4B1A2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8F7928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70–73-betlar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7BD30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228D049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2B9714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4FCAA8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Mustaqillik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E7A8D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0662A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C254F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74–75-betlar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02F8D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4B68924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F71DC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E4937" w14:textId="082D2412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Rostg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ylik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B885D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B3945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0CBAE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76–78-betlar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2B438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4916C890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1522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79E5F4" w14:textId="5308660C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Rostg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ylik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7B38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F45D8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7365A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79–80-betlar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0CEE17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0529E247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91ED9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118D8" w14:textId="3E58D22A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 xml:space="preserve">Asraymiz va </w:t>
            </w:r>
            <w:r w:rsidR="006B4BA0" w:rsidRPr="000B4C59">
              <w:rPr>
                <w:noProof/>
                <w:color w:val="000000"/>
                <w:lang w:val="uz-Cyrl-UZ"/>
              </w:rPr>
              <w:t>gʻ</w:t>
            </w:r>
            <w:r w:rsidRPr="000B4C59">
              <w:rPr>
                <w:noProof/>
                <w:color w:val="000000"/>
                <w:lang w:val="uz-Cyrl-UZ"/>
              </w:rPr>
              <w:t>amx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rlik qilamiz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2B7D1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279E3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FAB7D7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81–86-betlar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BA871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6EAB7F5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A6E7F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24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DDA87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1-nazorat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51F18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C6C273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1E75FD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15E4C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205C4074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05457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25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068A4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Mustahkamlash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EB5005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98DC8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113D0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87–91-betlar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1EA74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5627027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217397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5C2C57" w14:textId="77777777" w:rsidR="00C42606" w:rsidRPr="000B4C59" w:rsidRDefault="00A0365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Bizning madaniyatimiz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1DE031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EA8CB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0E4A4A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4CADA" w14:textId="77777777" w:rsidR="00C42606" w:rsidRPr="000B4C59" w:rsidRDefault="00C42606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C42606" w:rsidRPr="000B4C59" w14:paraId="209C8BE5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96269C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26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53FBEC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Mening izim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470FC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F7519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5C1C2C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94–97-betlar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18086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4C61132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F834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27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4CA970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Mening izim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D1BAF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BD4ED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546576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98–100-betlar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C51FC8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1323315C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95ED1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28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275DFB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Mehmondorchilik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D28CB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22DFF2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6057A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101–103-betlar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D0CDB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74C3981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95D61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29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02C99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Mehmondorchilik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BEC09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AD1E4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2C948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104–105-betlar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0A481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77A95B92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ADAEA7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30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11F47E" w14:textId="3F1F7C1B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Ba</w:t>
            </w:r>
            <w:r w:rsidR="006B4BA0" w:rsidRPr="000B4C59">
              <w:rPr>
                <w:noProof/>
                <w:color w:val="000000"/>
                <w:lang w:val="uz-Cyrl-UZ"/>
              </w:rPr>
              <w:t>gʻ</w:t>
            </w:r>
            <w:r w:rsidRPr="000B4C59">
              <w:rPr>
                <w:noProof/>
                <w:color w:val="000000"/>
                <w:lang w:val="uz-Cyrl-UZ"/>
              </w:rPr>
              <w:t xml:space="preserve">rikeng 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lkam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D459D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46894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ED0015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106–107-betlar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90B75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68945131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AE899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lastRenderedPageBreak/>
              <w:t>31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A1977" w14:textId="28605A0E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Ba</w:t>
            </w:r>
            <w:r w:rsidR="006B4BA0" w:rsidRPr="000B4C59">
              <w:rPr>
                <w:noProof/>
                <w:color w:val="000000"/>
                <w:lang w:val="uz-Cyrl-UZ"/>
              </w:rPr>
              <w:t>gʻ</w:t>
            </w:r>
            <w:r w:rsidRPr="000B4C59">
              <w:rPr>
                <w:noProof/>
                <w:color w:val="000000"/>
                <w:lang w:val="uz-Cyrl-UZ"/>
              </w:rPr>
              <w:t xml:space="preserve">rikeng </w:t>
            </w:r>
            <w:r w:rsidR="006B4BA0" w:rsidRPr="000B4C59">
              <w:rPr>
                <w:noProof/>
                <w:color w:val="000000"/>
                <w:lang w:val="uz-Cyrl-UZ"/>
              </w:rPr>
              <w:t>oʻ</w:t>
            </w:r>
            <w:r w:rsidRPr="000B4C59">
              <w:rPr>
                <w:noProof/>
                <w:color w:val="000000"/>
                <w:lang w:val="uz-Cyrl-UZ"/>
              </w:rPr>
              <w:t>lkam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1FA293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CD204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1E3E1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108–109-betlar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901577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0707BEEF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BB246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32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2E95D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2-nazorat ishi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F8EFE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D8A01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B41923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takrorlash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52635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C42606" w:rsidRPr="000B4C59" w14:paraId="3BBD227D" w14:textId="77777777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349E15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33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15B81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Yakuniy dars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02F77" w14:textId="77777777" w:rsidR="00C42606" w:rsidRPr="000B4C59" w:rsidRDefault="00A0365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69CCA2" w14:textId="77777777" w:rsidR="00C42606" w:rsidRPr="000B4C59" w:rsidRDefault="00C4260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C4BF9" w14:textId="77777777" w:rsidR="00C42606" w:rsidRPr="000B4C59" w:rsidRDefault="00A0365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110–115-betlar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B89A9" w14:textId="77777777" w:rsidR="00C42606" w:rsidRPr="000B4C59" w:rsidRDefault="00C42606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61E0E642" w14:textId="78A510D8" w:rsidR="0025092F" w:rsidRPr="000B4C59" w:rsidRDefault="0025092F">
      <w:pPr>
        <w:rPr>
          <w:noProof/>
          <w:lang w:val="uz-Cyrl-UZ"/>
        </w:rPr>
      </w:pPr>
    </w:p>
    <w:p w14:paraId="6F84253A" w14:textId="77777777" w:rsidR="0025092F" w:rsidRPr="000B4C59" w:rsidRDefault="0025092F">
      <w:pPr>
        <w:rPr>
          <w:noProof/>
          <w:lang w:val="uz-Cyrl-UZ"/>
        </w:rPr>
      </w:pPr>
      <w:r w:rsidRPr="000B4C59">
        <w:rPr>
          <w:noProof/>
          <w:lang w:val="uz-Cyrl-UZ"/>
        </w:rPr>
        <w:br w:type="page"/>
      </w:r>
    </w:p>
    <w:p w14:paraId="3B951E87" w14:textId="77777777" w:rsidR="0025092F" w:rsidRPr="000B4C59" w:rsidRDefault="0025092F" w:rsidP="0025092F">
      <w:pPr>
        <w:pStyle w:val="af"/>
        <w:spacing w:after="0" w:line="240" w:lineRule="auto"/>
        <w:jc w:val="center"/>
        <w:rPr>
          <w:noProof/>
          <w:lang w:val="uz-Cyrl-UZ"/>
        </w:rPr>
      </w:pPr>
      <w:r w:rsidRPr="000B4C59">
        <w:rPr>
          <w:b/>
          <w:noProof/>
          <w:sz w:val="32"/>
          <w:lang w:val="uz-Cyrl-UZ"/>
        </w:rPr>
        <w:lastRenderedPageBreak/>
        <w:t xml:space="preserve">Календарно-тематическое планирование </w:t>
      </w:r>
      <w:r w:rsidRPr="000B4C59">
        <w:rPr>
          <w:b/>
          <w:noProof/>
          <w:sz w:val="32"/>
          <w:lang w:val="uz-Cyrl-UZ"/>
        </w:rPr>
        <w:br/>
        <w:t>по предмету «</w:t>
      </w:r>
      <w:r w:rsidRPr="000B4C59">
        <w:rPr>
          <w:b/>
          <w:noProof/>
          <w:color w:val="00AFEF"/>
          <w:sz w:val="32"/>
          <w:lang w:val="uz-Cyrl-UZ"/>
        </w:rPr>
        <w:t>Воспитание</w:t>
      </w:r>
      <w:r w:rsidRPr="000B4C59">
        <w:rPr>
          <w:b/>
          <w:noProof/>
          <w:sz w:val="32"/>
          <w:lang w:val="uz-Cyrl-UZ"/>
        </w:rPr>
        <w:t>»</w:t>
      </w:r>
    </w:p>
    <w:p w14:paraId="62C0EFA4" w14:textId="77777777" w:rsidR="0025092F" w:rsidRPr="000B4C59" w:rsidRDefault="0025092F" w:rsidP="0025092F">
      <w:pPr>
        <w:pStyle w:val="af"/>
        <w:spacing w:after="0" w:line="240" w:lineRule="auto"/>
        <w:jc w:val="center"/>
        <w:rPr>
          <w:noProof/>
          <w:lang w:val="uz-Cyrl-UZ"/>
        </w:rPr>
      </w:pPr>
      <w:r w:rsidRPr="000B4C59">
        <w:rPr>
          <w:b/>
          <w:noProof/>
          <w:sz w:val="32"/>
          <w:lang w:val="uz-Cyrl-UZ"/>
        </w:rPr>
        <w:t>1 класс</w:t>
      </w:r>
    </w:p>
    <w:p w14:paraId="1EB6552D" w14:textId="77777777" w:rsidR="0025092F" w:rsidRPr="000B4C59" w:rsidRDefault="0025092F" w:rsidP="0025092F">
      <w:pPr>
        <w:pStyle w:val="af"/>
        <w:spacing w:after="160" w:line="240" w:lineRule="auto"/>
        <w:jc w:val="center"/>
        <w:rPr>
          <w:noProof/>
          <w:lang w:val="uz-Cyrl-UZ"/>
        </w:rPr>
      </w:pPr>
      <w:r w:rsidRPr="000B4C59">
        <w:rPr>
          <w:b/>
          <w:noProof/>
          <w:color w:val="006FC0"/>
          <w:sz w:val="32"/>
          <w:lang w:val="uz-Cyrl-UZ"/>
        </w:rPr>
        <w:t>2026–2027 учебный год · 33 часа</w:t>
      </w:r>
    </w:p>
    <w:tbl>
      <w:tblPr>
        <w:tblW w:w="10620" w:type="dxa"/>
        <w:jc w:val="center"/>
        <w:tblLayout w:type="fixed"/>
        <w:tblLook w:val="04A0" w:firstRow="1" w:lastRow="0" w:firstColumn="1" w:lastColumn="0" w:noHBand="0" w:noVBand="1"/>
      </w:tblPr>
      <w:tblGrid>
        <w:gridCol w:w="511"/>
        <w:gridCol w:w="4097"/>
        <w:gridCol w:w="879"/>
        <w:gridCol w:w="1104"/>
        <w:gridCol w:w="2191"/>
        <w:gridCol w:w="1838"/>
      </w:tblGrid>
      <w:tr w:rsidR="0025092F" w:rsidRPr="000B4C59" w14:paraId="1ED030ED" w14:textId="77777777" w:rsidTr="00D802D1">
        <w:trPr>
          <w:cantSplit/>
          <w:trHeight w:val="624"/>
          <w:tblHeader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E56B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№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81B399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Тема урока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116108" w14:textId="77777777" w:rsidR="00F80466" w:rsidRDefault="00F80466" w:rsidP="00F80466">
            <w:pPr>
              <w:spacing w:after="0" w:line="240" w:lineRule="auto"/>
              <w:jc w:val="center"/>
              <w:rPr>
                <w:b/>
                <w:noProof/>
                <w:color w:val="000000"/>
                <w:lang w:val="uz-Cyrl-UZ"/>
              </w:rPr>
            </w:pPr>
            <w:r>
              <w:rPr>
                <w:b/>
                <w:noProof/>
                <w:color w:val="000000"/>
                <w:lang w:val="uz-Cyrl-UZ"/>
              </w:rPr>
              <w:t>Кол-во</w:t>
            </w:r>
          </w:p>
          <w:p w14:paraId="7FD3DDDA" w14:textId="75C44D6A" w:rsidR="0025092F" w:rsidRPr="000B4C59" w:rsidRDefault="00F80466" w:rsidP="00F80466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>
              <w:rPr>
                <w:b/>
                <w:noProof/>
                <w:color w:val="000000"/>
                <w:lang w:val="uz-Cyrl-UZ"/>
              </w:rPr>
              <w:t>часов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2FC56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Дата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C7711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Домашнее задание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4A775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Примечание</w:t>
            </w:r>
          </w:p>
        </w:tc>
      </w:tr>
      <w:tr w:rsidR="0025092F" w:rsidRPr="000B4C59" w14:paraId="6C619484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F1A70D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A264FA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Моя Родина – Узбекистан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8C10E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3280E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45F21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237C0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25092F" w:rsidRPr="000B4C59" w14:paraId="663AB82A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B8F00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F9E75D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Я живу в Узбекистане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DB81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B69D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188578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12–14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52C2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6A0D0DD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81CB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2832E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Кто я?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DF485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E7EAA9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204D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15–17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FEBA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F4575B3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9B50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1D7F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Путешествие по школе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7923F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626176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1DF4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18–23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EB65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5359B6D1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1554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F16B5E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Путешествие по школе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0E88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5C57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5E73D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24–26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4C3D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607ADB48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7544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823C6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Наша школа – наш дом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11475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AA8D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2B36D7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27–30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E3929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4B92BADF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3B36B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FEBD7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Наша школа – наш дом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7889F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11CB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79A54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31–32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E88067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2E9AC67A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7D37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18E0B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По дороге в школу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092F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C2A4B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6912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33–35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B11E8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3E89B4F7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CFDF5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745FF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Наша классная команда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4FEA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98A2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9508CE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36–40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7F812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5AD880BE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049B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9A19D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Закрепление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9E89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ECB9B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9D07D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41–45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4331C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12C631B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CFEBBD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938F05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Я и мои друзья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29918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8053C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8DAEA2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713C8A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25092F" w:rsidRPr="000B4C59" w14:paraId="2BD65D5C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2EF1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ABE3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Азбука общения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0FA30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6AB69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EC813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48–49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5450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6E775AFE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86C4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E180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Азбука общения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C047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4B0F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668646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50–52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9CCE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3C0A03F0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EAAA45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31DC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Взаимопомощь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E9B60F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A065C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D2D80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53–55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B5946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26691151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5D89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9300D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Взаимопомощь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4AFE6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CB20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B71F4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56–57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377AA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26073323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A103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lastRenderedPageBreak/>
              <w:t>14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BF16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Что такое благодарность?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7FE50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74285E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3D67CE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58–59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C41284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5A2E53C3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18FBE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34578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Что такое благодарность?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F628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430E75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E9AA9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60–61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01E7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2840F54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03C1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D95BF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Закрепление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688FE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2527C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3538F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62–63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98018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4D6D1C6C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CF7F6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D16851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Я и мои качества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BBDFF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D4BFEC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383E0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6D243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25092F" w:rsidRPr="000B4C59" w14:paraId="5FEE629B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82B0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C7BCE6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Что такое доверие?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A6D27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E421E0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46CA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66–67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87006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209AFF95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49B8A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D275F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Что такое доверие?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1C3F6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92EB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428D6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68–69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36AD16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5B54B8C1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BC1C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50604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Самостоятельность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4BFD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1573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0C330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70–73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E36B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65A2A390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0B48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9A46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Самостоятельность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04368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D3E6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FA8F8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74–75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20AB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2BEE90F8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9C04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22C07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Честность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FBFE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256C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7601D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76–78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F1A3E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0434250A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C48C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C07CC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Честность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F44E4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2C900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5EDAD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79–80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BD62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48AEB19B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D95F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EE5049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Бережём и заботимся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8AE586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419D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AF8CD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81–86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A0DC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3735ACE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050E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24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BFC8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Контрольная работа № 1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41F8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9B536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49C38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F66B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65140F42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F8E3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25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EC34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Закрепление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6F7C0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DB62F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1160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87–91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77C2F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AB7B874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A3E4D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4FC52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Наша культура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0A24B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EDC2F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91AEBF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E9ADA8" w14:textId="77777777" w:rsidR="0025092F" w:rsidRPr="000B4C59" w:rsidRDefault="0025092F" w:rsidP="00D802D1">
            <w:pPr>
              <w:keepNext/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</w:tr>
      <w:tr w:rsidR="0025092F" w:rsidRPr="000B4C59" w14:paraId="1C06F10F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2C43B5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26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2E637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Мой след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B086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6D288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8EB8E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94–97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193F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3791D05E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A7D01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27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A5DD1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Мой след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6DD53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99AB5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4E4AC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98–100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83E1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6525851B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F376D8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28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32E5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Гостеприимство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65CD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152ACF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7F43C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101–103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15BA5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19A399A3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0578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lastRenderedPageBreak/>
              <w:t>29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B3734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Гостеприимство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E1994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265B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5731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104–105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D80D1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39E81FA4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9BAA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30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B4060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Наш радушный край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1639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5E58B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03CD5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106–107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E9D6F4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0A9EC9DF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2979E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31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4F5559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Наш радушный край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A2613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E392B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80ABBB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108–109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90DAF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70F6BC37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31495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32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93DD1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Контрольная работа № 2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562C7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1B3CB2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F42852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b/>
                <w:noProof/>
                <w:color w:val="000000"/>
                <w:lang w:val="uz-Cyrl-UZ"/>
              </w:rPr>
              <w:t>повторить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BB995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  <w:tr w:rsidR="0025092F" w:rsidRPr="000B4C59" w14:paraId="09CF1A11" w14:textId="77777777" w:rsidTr="00D802D1">
        <w:trPr>
          <w:cantSplit/>
          <w:trHeight w:val="624"/>
          <w:jc w:val="center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F7A1C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33</w:t>
            </w:r>
          </w:p>
        </w:tc>
        <w:tc>
          <w:tcPr>
            <w:tcW w:w="41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C6A9A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Итоговый урок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2550A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1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511DD" w14:textId="77777777" w:rsidR="0025092F" w:rsidRPr="000B4C59" w:rsidRDefault="0025092F" w:rsidP="00D802D1">
            <w:pPr>
              <w:spacing w:after="0" w:line="240" w:lineRule="auto"/>
              <w:jc w:val="center"/>
              <w:rPr>
                <w:noProof/>
                <w:lang w:val="uz-Cyrl-UZ"/>
              </w:rPr>
            </w:pP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BB0BB9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  <w:r w:rsidRPr="000B4C59">
              <w:rPr>
                <w:noProof/>
                <w:color w:val="000000"/>
                <w:lang w:val="uz-Cyrl-UZ"/>
              </w:rPr>
              <w:t>стр. 110–115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D9A23" w14:textId="77777777" w:rsidR="0025092F" w:rsidRPr="000B4C59" w:rsidRDefault="0025092F" w:rsidP="00D802D1">
            <w:pPr>
              <w:spacing w:after="0" w:line="240" w:lineRule="auto"/>
              <w:rPr>
                <w:noProof/>
                <w:lang w:val="uz-Cyrl-UZ"/>
              </w:rPr>
            </w:pPr>
          </w:p>
        </w:tc>
      </w:tr>
    </w:tbl>
    <w:p w14:paraId="7FF86E1B" w14:textId="77777777" w:rsidR="00A03651" w:rsidRPr="000B4C59" w:rsidRDefault="00A03651">
      <w:pPr>
        <w:rPr>
          <w:noProof/>
          <w:lang w:val="uz-Cyrl-UZ"/>
        </w:rPr>
      </w:pPr>
    </w:p>
    <w:sectPr w:rsidR="00A03651" w:rsidRPr="000B4C59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094" w:right="432" w:bottom="288" w:left="562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11EAB" w14:textId="77777777" w:rsidR="00B205F9" w:rsidRDefault="00B205F9" w:rsidP="006B4BA0">
      <w:pPr>
        <w:spacing w:after="0" w:line="240" w:lineRule="auto"/>
      </w:pPr>
      <w:r>
        <w:separator/>
      </w:r>
    </w:p>
  </w:endnote>
  <w:endnote w:type="continuationSeparator" w:id="0">
    <w:p w14:paraId="24C03A51" w14:textId="77777777" w:rsidR="00B205F9" w:rsidRDefault="00B205F9" w:rsidP="006B4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A78BB" w14:textId="77777777" w:rsidR="006B4BA0" w:rsidRDefault="006B4BA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E5617" w14:textId="77777777" w:rsidR="006B4BA0" w:rsidRDefault="006B4BA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EA8A3" w14:textId="77777777" w:rsidR="006B4BA0" w:rsidRDefault="006B4B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68F27" w14:textId="77777777" w:rsidR="00B205F9" w:rsidRDefault="00B205F9" w:rsidP="006B4BA0">
      <w:pPr>
        <w:spacing w:after="0" w:line="240" w:lineRule="auto"/>
      </w:pPr>
      <w:r>
        <w:separator/>
      </w:r>
    </w:p>
  </w:footnote>
  <w:footnote w:type="continuationSeparator" w:id="0">
    <w:p w14:paraId="1CC955FB" w14:textId="77777777" w:rsidR="00B205F9" w:rsidRDefault="00B205F9" w:rsidP="006B4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C8E5" w14:textId="77777777" w:rsidR="006B4BA0" w:rsidRDefault="006B4BA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DECE0" w14:textId="77777777" w:rsidR="006B4BA0" w:rsidRDefault="006B4BA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AD43D" w14:textId="77777777" w:rsidR="006B4BA0" w:rsidRDefault="006B4BA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4C59"/>
    <w:rsid w:val="0015074B"/>
    <w:rsid w:val="0025092F"/>
    <w:rsid w:val="0029639D"/>
    <w:rsid w:val="00326F90"/>
    <w:rsid w:val="006B4BA0"/>
    <w:rsid w:val="00A03651"/>
    <w:rsid w:val="00AA1D8D"/>
    <w:rsid w:val="00B205F9"/>
    <w:rsid w:val="00B47730"/>
    <w:rsid w:val="00B87945"/>
    <w:rsid w:val="00C3496F"/>
    <w:rsid w:val="00C42606"/>
    <w:rsid w:val="00CB0664"/>
    <w:rsid w:val="00D82461"/>
    <w:rsid w:val="00F8046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D1033E"/>
  <w14:defaultImageDpi w14:val="300"/>
  <w15:docId w15:val="{278AC8C1-6756-4038-AEBF-0A821DCDE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8E4356-6F50-499D-A746-108EF89FD4CF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Maxanov Said</cp:lastModifiedBy>
  <cp:revision>6</cp:revision>
  <dcterms:created xsi:type="dcterms:W3CDTF">2013-12-23T23:15:00Z</dcterms:created>
  <dcterms:modified xsi:type="dcterms:W3CDTF">2026-09-09T12:47:00Z</dcterms:modified>
  <cp:category/>
</cp:coreProperties>
</file>